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 w:line="288" w:lineRule="auto"/>
        <w:jc w:val="center"/>
      </w:pPr>
      <w:r>
        <w:rPr>
          <w:b/>
          <w:color w:val="0F172A"/>
          <w:sz w:val="24"/>
        </w:rPr>
        <w:t>T.C.</w:t>
        <w:br/>
      </w:r>
      <w:r>
        <w:rPr>
          <w:b/>
          <w:color w:val="0F172A"/>
          <w:sz w:val="24"/>
        </w:rPr>
        <w:t>[BAŞVURU YAPILACAK RESMİ KURUM / BAKANLIK / BELEDİYE ADI]</w:t>
        <w:br/>
      </w:r>
      <w:r>
        <w:rPr>
          <w:b/>
          <w:color w:val="0F172A"/>
          <w:sz w:val="24"/>
        </w:rPr>
        <w:t>[İLGİLİ BİRİM / MÜDÜRLÜK ADI]'NA</w:t>
        <w:br/>
      </w:r>
      <w:r>
        <w:rPr>
          <w:b/>
          <w:color w:val="0F172A"/>
          <w:sz w:val="24"/>
        </w:rPr>
        <w:t>[İL / İLÇE]</w:t>
        <w:br/>
      </w:r>
    </w:p>
    <w:p>
      <w:pPr>
        <w:spacing w:before="80" w:after="240"/>
        <w:jc w:val="left"/>
      </w:pPr>
      <w:r>
        <w:rPr>
          <w:b/>
          <w:sz w:val="22"/>
        </w:rPr>
        <w:t xml:space="preserve">KONU: </w:t>
      </w:r>
      <w:r>
        <w:rPr>
          <w:sz w:val="22"/>
        </w:rPr>
        <w:t>[Talebinizin / Şikayetinizin Kısa Özeti - Örn: Kayıt Düzeltme Talebi]</w:t>
      </w:r>
    </w:p>
    <w:p>
      <w:pPr>
        <w:spacing w:before="80" w:after="160" w:line="276" w:lineRule="auto"/>
        <w:ind w:firstLine="576"/>
        <w:jc w:val="both"/>
      </w:pPr>
      <w:r>
        <w:rPr>
          <w:sz w:val="22"/>
        </w:rPr>
        <w:t>Kurumunuz bünyesinde yürütülmekte olan [İlgili konu, işlem veya dosya numarası] kapsamında tarafımı ilgilendiren durum aşağıda bilgilerinize sunulmuştur.</w:t>
      </w:r>
    </w:p>
    <w:p>
      <w:pPr>
        <w:spacing w:before="80" w:after="160" w:line="276" w:lineRule="auto"/>
        <w:ind w:firstLine="576"/>
        <w:jc w:val="both"/>
      </w:pPr>
      <w:r>
        <w:rPr>
          <w:sz w:val="22"/>
        </w:rPr>
        <w:t>[Bu alana talebinizin veya maruz kaldığınız durumun gerekçesini, olay tarihini ve hukuki/resmi dayanağınızı açık, sade ve resmi bir Türkçe ile 1-2 paragraf halinde yazınız].</w:t>
      </w:r>
    </w:p>
    <w:p>
      <w:pPr>
        <w:spacing w:before="80" w:after="160" w:line="276" w:lineRule="auto"/>
        <w:ind w:firstLine="576"/>
        <w:jc w:val="both"/>
      </w:pPr>
      <w:r>
        <w:rPr>
          <w:sz w:val="22"/>
        </w:rPr>
        <w:t>Konu ile ilgili durumu kanıtlayıcı resmi evrak ve belgeler dilekçemin ekinde sunulmuştur.</w:t>
      </w:r>
    </w:p>
    <w:p>
      <w:pPr>
        <w:spacing w:before="120" w:after="280" w:line="276" w:lineRule="auto"/>
        <w:ind w:firstLine="576"/>
        <w:jc w:val="both"/>
      </w:pPr>
      <w:r>
        <w:rPr>
          <w:sz w:val="22"/>
        </w:rPr>
        <w:t>Yukarıda arz ve izah edilen nedenlerle, talebimin ilgili mevzuat çerçevesinde incelenerek gereğinin yapılmasını ve tarafıma yasal süresi içinde yazılı olarak bilgi verilmesini saygılarımla arz ederim.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30"/>
        <w:gridCol w:w="4730"/>
      </w:tblGrid>
      <w:tr>
        <w:tc>
          <w:tcPr>
            <w:tcW w:type="dxa" w:w="5472"/>
          </w:tcPr>
          <w:p>
            <w:pPr>
              <w:spacing w:before="0" w:after="40" w:line="276" w:lineRule="auto"/>
            </w:pPr>
            <w:r>
              <w:rPr>
                <w:b/>
                <w:color w:val="475569"/>
                <w:sz w:val="20"/>
              </w:rPr>
              <w:t>BAŞVURU SAHİBİ BİLGİLERİ:</w:t>
              <w:br/>
            </w:r>
            <w:r>
              <w:rPr>
                <w:sz w:val="19"/>
              </w:rPr>
              <w:t>T.C. Kimlik No: [11 Haneli T.C. Kimlik No]</w:t>
              <w:br/>
            </w:r>
            <w:r>
              <w:rPr>
                <w:sz w:val="19"/>
              </w:rPr>
              <w:t>Adres: [Açık Tebligat Adresiniz: Mahalle, Sokak, No, İlçe / İl]</w:t>
              <w:br/>
            </w:r>
            <w:r>
              <w:rPr>
                <w:sz w:val="19"/>
              </w:rPr>
              <w:t>Telefon: +90 5XX XXX XX XX</w:t>
              <w:br/>
            </w:r>
            <w:r>
              <w:rPr>
                <w:sz w:val="19"/>
              </w:rPr>
              <w:t>E-Posta: [eposta@adresiniz.com]</w:t>
              <w:br/>
            </w:r>
          </w:p>
          <w:p>
            <w:pPr>
              <w:spacing w:before="120" w:after="0"/>
            </w:pPr>
            <w:r>
              <w:rPr>
                <w:b/>
                <w:color w:val="475569"/>
                <w:sz w:val="19"/>
              </w:rPr>
              <w:t>EKLER:</w:t>
              <w:br/>
            </w:r>
            <w:r>
              <w:rPr>
                <w:sz w:val="18"/>
              </w:rPr>
              <w:t>1. Ek-1: [Varsa İlgili Resmi Belge / Rapor]</w:t>
              <w:br/>
            </w:r>
            <w:r>
              <w:rPr>
                <w:sz w:val="18"/>
              </w:rPr>
              <w:t>2. Ek-2: [Kimlik Fotokopisi veya Dekont]</w:t>
              <w:br/>
            </w:r>
          </w:p>
        </w:tc>
        <w:tc>
          <w:tcPr>
            <w:tcW w:type="dxa" w:w="4032"/>
          </w:tcPr>
          <w:p>
            <w:pPr>
              <w:spacing w:before="0" w:after="40" w:line="288" w:lineRule="auto"/>
              <w:jc w:val="right"/>
            </w:pPr>
            <w:r>
              <w:rPr>
                <w:b/>
                <w:sz w:val="21"/>
              </w:rPr>
              <w:t>Tarih: [Gün] / [Ay] / [Yıl]</w:t>
              <w:br/>
              <w:br/>
            </w:r>
            <w:r>
              <w:rPr>
                <w:b/>
                <w:sz w:val="22"/>
              </w:rPr>
              <w:t>[Adınız Soyadınız]</w:t>
              <w:br/>
            </w:r>
            <w:r>
              <w:rPr>
                <w:i/>
                <w:color w:val="64748B"/>
                <w:sz w:val="20"/>
              </w:rPr>
              <w:br/>
              <w:t>(İmza)</w:t>
            </w:r>
          </w:p>
        </w:tc>
      </w:tr>
    </w:tbl>
    <w:p>
      <w:pPr>
        <w:spacing w:before="360" w:after="0"/>
        <w:jc w:val="center"/>
      </w:pPr>
      <w:r>
        <w:rPr>
          <w:i/>
          <w:color w:val="94A3B8"/>
          <w:sz w:val="16"/>
        </w:rPr>
        <w:t>Bilgilendirme Notu: Bu belge genel bir şablon örneğidir; özel hukuki süreçlerinizde bir avukata danışmanız önerilir.</w:t>
      </w:r>
    </w:p>
    <w:sectPr w:rsidR="00FC693F" w:rsidRPr="0006063C" w:rsidSect="00034616">
      <w:pgSz w:w="11909" w:h="16834"/>
      <w:pgMar w:top="1008" w:right="1224" w:bottom="936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0F172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