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80" w:line="288" w:lineRule="auto"/>
        <w:jc w:val="center"/>
      </w:pPr>
      <w:r>
        <w:rPr>
          <w:b/>
          <w:color w:val="0F172A"/>
          <w:sz w:val="24"/>
        </w:rPr>
        <w:t>ABC TİCARET VE SANAYİ A.Ş.</w:t>
        <w:br/>
      </w:r>
      <w:r>
        <w:rPr>
          <w:b/>
          <w:color w:val="0F172A"/>
          <w:sz w:val="24"/>
        </w:rPr>
        <w:t>GENEL MÜDÜRLÜĞÜ'NE</w:t>
        <w:br/>
      </w:r>
      <w:r>
        <w:rPr>
          <w:b/>
          <w:color w:val="0F172A"/>
          <w:sz w:val="24"/>
        </w:rPr>
        <w:t>(İNSAN KAYNAKLARI DİREKTÖRLÜĞÜ'NE)</w:t>
        <w:br/>
      </w:r>
    </w:p>
    <w:p>
      <w:pPr>
        <w:spacing w:before="80" w:after="240"/>
        <w:jc w:val="left"/>
      </w:pPr>
      <w:r>
        <w:rPr>
          <w:b/>
          <w:sz w:val="22"/>
        </w:rPr>
        <w:t xml:space="preserve">KONU: </w:t>
      </w:r>
      <w:r>
        <w:rPr>
          <w:sz w:val="22"/>
        </w:rPr>
        <w:t>İş Sözleşmesinin Feshi ve İstifa Bildirimi Hk.</w:t>
      </w:r>
    </w:p>
    <w:p>
      <w:pPr>
        <w:spacing w:before="80" w:after="160" w:line="276" w:lineRule="auto"/>
        <w:ind w:firstLine="576"/>
        <w:jc w:val="both"/>
      </w:pPr>
      <w:r>
        <w:rPr>
          <w:sz w:val="22"/>
        </w:rPr>
        <w:t>Şirketiniz bünyesinde ... / ... / 20... tarihinden bu yana ... Sicil Numarası ile [Departmanınız / Unvanınız, örn: Muhasebe Uzmanı] pozisyonunda tam zamanlı olarak görev yapmaktayım.</w:t>
      </w:r>
    </w:p>
    <w:p>
      <w:pPr>
        <w:spacing w:before="80" w:after="160" w:line="276" w:lineRule="auto"/>
        <w:ind w:firstLine="576"/>
        <w:jc w:val="both"/>
      </w:pPr>
      <w:r>
        <w:rPr>
          <w:sz w:val="22"/>
        </w:rPr>
        <w:t>Gördüğüm lüzum ve tamamen kişisel / mesleki gerekçelerim doğrultusunda, şirketinizdeki mevcut görevimden ... / ... / 20... tarihi mesai bitimi itibarıyla kendi istek ve hür irademle istifa ederek ayrılmak istiyorum.</w:t>
      </w:r>
    </w:p>
    <w:p>
      <w:pPr>
        <w:spacing w:before="80" w:after="160" w:line="276" w:lineRule="auto"/>
        <w:ind w:firstLine="576"/>
        <w:jc w:val="both"/>
      </w:pPr>
      <w:r>
        <w:rPr>
          <w:sz w:val="22"/>
        </w:rPr>
        <w:t>4857 Sayılı İş Kanunu'nun 17. maddesinde belirtilen yasal ihbar öneli süresine riayet edilecek olup; bu süre zarfında üzerimde bulunan tüm görev ve sorumlulukları eksiksiz sürdüreceğimi, şirket tarafından tarafıma teslim edilmiş olan her türlü cihaz, araç, zimmetli donanım ve evrakı ilgili yöneticime eksiksiz teslim edeceğimi beyan ederim.</w:t>
      </w:r>
    </w:p>
    <w:p>
      <w:pPr>
        <w:spacing w:before="120" w:after="280" w:line="276" w:lineRule="auto"/>
        <w:ind w:firstLine="576"/>
        <w:jc w:val="both"/>
      </w:pPr>
      <w:r>
        <w:rPr>
          <w:sz w:val="22"/>
        </w:rPr>
        <w:t>İstifamın kabulünü, şirketiniz nezdindeki iş akdimin sonlandırılmasına ilişkin gerekli yasal işlemlerin başlatılmasını, çalışma ve hizmet belgelerimin düzenlenerek tarafıma teslim edilmesini ve hak ettiğim tüm özlük/bakiye alacaklarımın banka hesabıma yatırılmasını saygılarımla arz ve talep ederim.</w:t>
      </w:r>
    </w:p>
    <w:tbl>
      <w:tblPr>
        <w:tblW w:type="auto" w:w="0"/>
        <w:jc w:val="center"/>
        <w:tblLayout w:type="fixed"/>
        <w:tblLook w:firstColumn="1" w:firstRow="1" w:lastColumn="0" w:lastRow="0" w:noHBand="0" w:noVBand="1" w:val="04A0"/>
      </w:tblPr>
      <w:tblGrid>
        <w:gridCol w:w="4730"/>
        <w:gridCol w:w="4730"/>
      </w:tblGrid>
      <w:tr>
        <w:tc>
          <w:tcPr>
            <w:tcW w:type="dxa" w:w="5472"/>
          </w:tcPr>
          <w:p>
            <w:pPr>
              <w:spacing w:before="0" w:after="40" w:line="276" w:lineRule="auto"/>
            </w:pPr>
            <w:r>
              <w:rPr>
                <w:b/>
                <w:color w:val="475569"/>
                <w:sz w:val="20"/>
              </w:rPr>
              <w:t>BAŞVURU SAHİBİ BİLGİLERİ:</w:t>
              <w:br/>
            </w:r>
            <w:r>
              <w:rPr>
                <w:sz w:val="19"/>
              </w:rPr>
              <w:t>T.C. Kimlik No: 12345678901</w:t>
              <w:br/>
            </w:r>
            <w:r>
              <w:rPr>
                <w:sz w:val="19"/>
              </w:rPr>
              <w:t>Adres: Atatürk Mah. Karanfil Cad. No: 14 D: 6 Kadıköy / İSTANBUL</w:t>
              <w:br/>
            </w:r>
            <w:r>
              <w:rPr>
                <w:sz w:val="19"/>
              </w:rPr>
              <w:t>Telefon: +90 532 100 20 30</w:t>
              <w:br/>
            </w:r>
            <w:r>
              <w:rPr>
                <w:sz w:val="19"/>
              </w:rPr>
              <w:t>E-Posta: ahmet.yilmaz@email.com</w:t>
              <w:br/>
            </w:r>
          </w:p>
          <w:p>
            <w:pPr>
              <w:spacing w:before="120" w:after="0"/>
            </w:pPr>
            <w:r>
              <w:rPr>
                <w:b/>
                <w:color w:val="475569"/>
                <w:sz w:val="19"/>
              </w:rPr>
              <w:t>EKLER:</w:t>
              <w:br/>
            </w:r>
            <w:r>
              <w:rPr>
                <w:sz w:val="18"/>
              </w:rPr>
              <w:t>1. Zimmet ve Malzeme Teslim Tutanağı Sureti</w:t>
              <w:br/>
            </w:r>
            <w:r>
              <w:rPr>
                <w:sz w:val="18"/>
              </w:rPr>
              <w:t>2. Personel Kimlik Kartı ve Giriş Kartı</w:t>
              <w:br/>
            </w:r>
          </w:p>
        </w:tc>
        <w:tc>
          <w:tcPr>
            <w:tcW w:type="dxa" w:w="4032"/>
          </w:tcPr>
          <w:p>
            <w:pPr>
              <w:spacing w:before="0" w:after="40" w:line="288" w:lineRule="auto"/>
              <w:jc w:val="right"/>
            </w:pPr>
            <w:r>
              <w:rPr>
                <w:b/>
                <w:sz w:val="21"/>
              </w:rPr>
              <w:t>Tarih: 15 / 10 / 20...</w:t>
              <w:br/>
              <w:br/>
            </w:r>
            <w:r>
              <w:rPr>
                <w:b/>
                <w:sz w:val="22"/>
              </w:rPr>
              <w:t>Ahmet Hakan YILMAZ</w:t>
              <w:br/>
            </w:r>
            <w:r>
              <w:rPr>
                <w:sz w:val="19"/>
              </w:rPr>
              <w:t>Muhasebe ve Finans Uzmanı (Sicil No: 48921)</w:t>
              <w:br/>
            </w:r>
            <w:r>
              <w:rPr>
                <w:i/>
                <w:color w:val="64748B"/>
                <w:sz w:val="20"/>
              </w:rPr>
              <w:br/>
              <w:t>(İmza)</w:t>
            </w:r>
          </w:p>
        </w:tc>
      </w:tr>
    </w:tbl>
    <w:p>
      <w:pPr>
        <w:spacing w:before="360" w:after="0"/>
        <w:jc w:val="center"/>
      </w:pPr>
      <w:r>
        <w:rPr>
          <w:i/>
          <w:color w:val="94A3B8"/>
          <w:sz w:val="16"/>
        </w:rPr>
        <w:t>Bilgilendirme Notu: Bu belge genel bir şablon örneğidir; özel hukuki süreçlerinizde bir avukata danışmanız önerilir.</w:t>
      </w:r>
    </w:p>
    <w:sectPr w:rsidR="00FC693F" w:rsidRPr="0006063C" w:rsidSect="00034616">
      <w:pgSz w:w="11909" w:h="16834"/>
      <w:pgMar w:top="1008"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17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