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A03B5" w14:textId="77777777" w:rsidR="001C0433" w:rsidRDefault="00000000">
      <w:pPr>
        <w:spacing w:after="60" w:line="259" w:lineRule="auto"/>
      </w:pPr>
      <w:r>
        <w:rPr>
          <w:b/>
          <w:color w:val="183044"/>
          <w:sz w:val="52"/>
        </w:rPr>
        <w:t>FİYAT TEKLİFİ</w:t>
      </w:r>
    </w:p>
    <w:p w14:paraId="020D1BB0" w14:textId="77777777" w:rsidR="001C0433" w:rsidRDefault="00000000">
      <w:pPr>
        <w:spacing w:after="180" w:line="259" w:lineRule="auto"/>
      </w:pPr>
      <w:r>
        <w:rPr>
          <w:color w:val="637583"/>
          <w:sz w:val="22"/>
        </w:rPr>
        <w:t>Ofis mobilyaları ve donanım ürünleri</w:t>
      </w:r>
    </w:p>
    <w:p w14:paraId="4BEBD5D3" w14:textId="77777777" w:rsidR="001C0433" w:rsidRDefault="00000000">
      <w:pPr>
        <w:spacing w:after="140" w:line="259" w:lineRule="auto"/>
      </w:pPr>
      <w:r>
        <w:rPr>
          <w:color w:val="187D83"/>
          <w:sz w:val="16"/>
        </w:rPr>
        <w:t>DOLDURULMUŞ ÖRNEK  ·  Ürünler, fiyatlar ve koşullar temsilidir.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09"/>
        <w:gridCol w:w="2438"/>
        <w:gridCol w:w="2778"/>
        <w:gridCol w:w="2154"/>
      </w:tblGrid>
      <w:tr w:rsidR="001C0433" w14:paraId="6E5701F4" w14:textId="77777777">
        <w:trPr>
          <w:cantSplit/>
          <w:jc w:val="center"/>
        </w:trPr>
        <w:tc>
          <w:tcPr>
            <w:tcW w:w="2608" w:type="dxa"/>
            <w:shd w:val="clear" w:color="auto" w:fill="F3F6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176E3E9" w14:textId="77777777" w:rsidR="001C0433" w:rsidRDefault="00000000">
            <w:pPr>
              <w:spacing w:after="80" w:line="259" w:lineRule="auto"/>
            </w:pPr>
            <w:r>
              <w:rPr>
                <w:b/>
                <w:color w:val="637583"/>
                <w:sz w:val="14"/>
              </w:rPr>
              <w:t>TEKLİF NUMARASI</w:t>
            </w:r>
          </w:p>
          <w:p w14:paraId="39122D79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20"/>
              </w:rPr>
              <w:t>TKF-2026-001</w:t>
            </w:r>
          </w:p>
        </w:tc>
        <w:tc>
          <w:tcPr>
            <w:tcW w:w="2438" w:type="dxa"/>
            <w:shd w:val="clear" w:color="auto" w:fill="F3F6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9674DE8" w14:textId="77777777" w:rsidR="001C0433" w:rsidRDefault="00000000">
            <w:pPr>
              <w:spacing w:after="80" w:line="259" w:lineRule="auto"/>
            </w:pPr>
            <w:r>
              <w:rPr>
                <w:b/>
                <w:color w:val="637583"/>
                <w:sz w:val="14"/>
              </w:rPr>
              <w:t>TEKLİF TARİHİ</w:t>
            </w:r>
          </w:p>
          <w:p w14:paraId="5B2473AE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20"/>
              </w:rPr>
              <w:t>11.09.2026</w:t>
            </w:r>
          </w:p>
        </w:tc>
        <w:tc>
          <w:tcPr>
            <w:tcW w:w="2778" w:type="dxa"/>
            <w:shd w:val="clear" w:color="auto" w:fill="F3F6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076AF1B" w14:textId="77777777" w:rsidR="001C0433" w:rsidRDefault="00000000">
            <w:pPr>
              <w:spacing w:after="80" w:line="259" w:lineRule="auto"/>
            </w:pPr>
            <w:r>
              <w:rPr>
                <w:b/>
                <w:color w:val="637583"/>
                <w:sz w:val="14"/>
              </w:rPr>
              <w:t>SON GEÇERLİLİK TARİHİ</w:t>
            </w:r>
          </w:p>
          <w:p w14:paraId="042870EF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20"/>
              </w:rPr>
              <w:t>26.09.2026</w:t>
            </w:r>
          </w:p>
        </w:tc>
        <w:tc>
          <w:tcPr>
            <w:tcW w:w="2154" w:type="dxa"/>
            <w:shd w:val="clear" w:color="auto" w:fill="F3F6F8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E81374D" w14:textId="77777777" w:rsidR="001C0433" w:rsidRDefault="00000000">
            <w:pPr>
              <w:spacing w:after="80" w:line="259" w:lineRule="auto"/>
            </w:pPr>
            <w:r>
              <w:rPr>
                <w:b/>
                <w:color w:val="637583"/>
                <w:sz w:val="14"/>
              </w:rPr>
              <w:t>PARA BİRİMİ</w:t>
            </w:r>
          </w:p>
          <w:p w14:paraId="5E333A78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20"/>
              </w:rPr>
              <w:t>TRY / TL</w:t>
            </w:r>
          </w:p>
        </w:tc>
      </w:tr>
    </w:tbl>
    <w:p w14:paraId="1AF2F138" w14:textId="77777777" w:rsidR="001C0433" w:rsidRDefault="001C0433">
      <w:pPr>
        <w:spacing w:line="160" w:lineRule="exact"/>
      </w:pP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1C0433" w14:paraId="60B2A719" w14:textId="77777777">
        <w:trPr>
          <w:cantSplit/>
          <w:jc w:val="center"/>
        </w:trPr>
        <w:tc>
          <w:tcPr>
            <w:tcW w:w="4989" w:type="dxa"/>
            <w:tcBorders>
              <w:bottom w:val="single" w:sz="4" w:space="0" w:color="DBE3E8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51CA351" w14:textId="77777777" w:rsidR="001C0433" w:rsidRDefault="00000000">
            <w:pPr>
              <w:spacing w:after="80" w:line="259" w:lineRule="auto"/>
            </w:pPr>
            <w:r>
              <w:rPr>
                <w:b/>
                <w:color w:val="187D83"/>
                <w:sz w:val="16"/>
              </w:rPr>
              <w:t>TEKLİFİ VEREN</w:t>
            </w:r>
          </w:p>
          <w:p w14:paraId="66B2608C" w14:textId="77777777" w:rsidR="001C0433" w:rsidRDefault="00000000">
            <w:pPr>
              <w:spacing w:after="80" w:line="259" w:lineRule="auto"/>
            </w:pPr>
            <w:r>
              <w:rPr>
                <w:b/>
                <w:color w:val="183044"/>
                <w:sz w:val="20"/>
              </w:rPr>
              <w:t>ÖRNEK TEDARİK FİRMASI</w:t>
            </w:r>
          </w:p>
          <w:p w14:paraId="642EBA17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Yetkili: [Ad soyad / unvan]</w:t>
            </w:r>
          </w:p>
          <w:p w14:paraId="6FA5FF63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Adres: [Açık adres / ilçe / il]</w:t>
            </w:r>
          </w:p>
          <w:p w14:paraId="4E435C8B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Vergi dairesi / VKN: [Bilgi]</w:t>
            </w:r>
          </w:p>
          <w:p w14:paraId="094229C6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İletişim: [Telefon / e-posta]</w:t>
            </w:r>
          </w:p>
        </w:tc>
        <w:tc>
          <w:tcPr>
            <w:tcW w:w="4989" w:type="dxa"/>
            <w:tcBorders>
              <w:bottom w:val="single" w:sz="4" w:space="0" w:color="DBE3E8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494C46" w14:textId="77777777" w:rsidR="001C0433" w:rsidRDefault="00000000">
            <w:pPr>
              <w:spacing w:after="80" w:line="259" w:lineRule="auto"/>
            </w:pPr>
            <w:r>
              <w:rPr>
                <w:b/>
                <w:color w:val="187D83"/>
                <w:sz w:val="16"/>
              </w:rPr>
              <w:t>TEKLİF VERİLEN</w:t>
            </w:r>
          </w:p>
          <w:p w14:paraId="78FFEDDF" w14:textId="77777777" w:rsidR="001C0433" w:rsidRDefault="00000000">
            <w:pPr>
              <w:spacing w:after="80" w:line="259" w:lineRule="auto"/>
            </w:pPr>
            <w:r>
              <w:rPr>
                <w:b/>
                <w:color w:val="183044"/>
                <w:sz w:val="20"/>
              </w:rPr>
              <w:t>ÖRNEK ALICI FİRMASI</w:t>
            </w:r>
          </w:p>
          <w:p w14:paraId="0D55790E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Yetkili: [Ad soyad / unvan]</w:t>
            </w:r>
          </w:p>
          <w:p w14:paraId="2311B713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Adres: [Açık adres / ilçe / il]</w:t>
            </w:r>
          </w:p>
          <w:p w14:paraId="79A91516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Vergi dairesi / VKN: [Bilgi]</w:t>
            </w:r>
          </w:p>
          <w:p w14:paraId="669AEE3E" w14:textId="77777777" w:rsidR="001C0433" w:rsidRDefault="00000000">
            <w:pPr>
              <w:spacing w:after="40" w:line="259" w:lineRule="auto"/>
            </w:pPr>
            <w:r>
              <w:rPr>
                <w:color w:val="637583"/>
                <w:sz w:val="17"/>
              </w:rPr>
              <w:t>İletişim: [Telefon / e-posta]</w:t>
            </w:r>
          </w:p>
        </w:tc>
      </w:tr>
    </w:tbl>
    <w:p w14:paraId="40C15D79" w14:textId="77777777" w:rsidR="001C0433" w:rsidRDefault="00000000">
      <w:pPr>
        <w:keepNext/>
        <w:spacing w:before="180" w:after="120" w:line="259" w:lineRule="auto"/>
      </w:pPr>
      <w:r>
        <w:rPr>
          <w:b/>
          <w:color w:val="187D83"/>
          <w:sz w:val="20"/>
        </w:rPr>
        <w:t xml:space="preserve">01  </w:t>
      </w:r>
      <w:r>
        <w:rPr>
          <w:b/>
          <w:color w:val="183044"/>
          <w:sz w:val="20"/>
        </w:rPr>
        <w:t>ÜRÜNLER VE FİYATLANDIRMA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3543"/>
        <w:gridCol w:w="652"/>
        <w:gridCol w:w="737"/>
        <w:gridCol w:w="1304"/>
        <w:gridCol w:w="850"/>
        <w:gridCol w:w="709"/>
        <w:gridCol w:w="1701"/>
      </w:tblGrid>
      <w:tr w:rsidR="001C0433" w14:paraId="38BBFD07" w14:textId="77777777">
        <w:trPr>
          <w:cantSplit/>
          <w:tblHeader/>
          <w:jc w:val="center"/>
        </w:trPr>
        <w:tc>
          <w:tcPr>
            <w:tcW w:w="482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52BBA4E" w14:textId="77777777" w:rsidR="001C0433" w:rsidRDefault="00000000">
            <w:pPr>
              <w:spacing w:line="259" w:lineRule="auto"/>
              <w:jc w:val="center"/>
            </w:pPr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w="3543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99729E4" w14:textId="77777777" w:rsidR="001C0433" w:rsidRDefault="00000000">
            <w:pPr>
              <w:spacing w:line="259" w:lineRule="auto"/>
            </w:pPr>
            <w:r>
              <w:rPr>
                <w:b/>
                <w:color w:val="FFFFFF"/>
                <w:sz w:val="16"/>
              </w:rPr>
              <w:t>Ürün / açıklama</w:t>
            </w:r>
          </w:p>
        </w:tc>
        <w:tc>
          <w:tcPr>
            <w:tcW w:w="652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72EC45B" w14:textId="77777777" w:rsidR="001C0433" w:rsidRDefault="00000000">
            <w:pPr>
              <w:spacing w:line="259" w:lineRule="auto"/>
              <w:jc w:val="center"/>
            </w:pPr>
            <w:r>
              <w:rPr>
                <w:b/>
                <w:color w:val="FFFFFF"/>
                <w:sz w:val="16"/>
              </w:rPr>
              <w:t>Miktar</w:t>
            </w:r>
          </w:p>
        </w:tc>
        <w:tc>
          <w:tcPr>
            <w:tcW w:w="737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82F9733" w14:textId="77777777" w:rsidR="001C0433" w:rsidRDefault="00000000">
            <w:pPr>
              <w:spacing w:line="259" w:lineRule="auto"/>
              <w:jc w:val="center"/>
            </w:pPr>
            <w:r>
              <w:rPr>
                <w:b/>
                <w:color w:val="FFFFFF"/>
                <w:sz w:val="16"/>
              </w:rPr>
              <w:t>Birim</w:t>
            </w:r>
          </w:p>
        </w:tc>
        <w:tc>
          <w:tcPr>
            <w:tcW w:w="1304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4C84596" w14:textId="77777777" w:rsidR="001C0433" w:rsidRDefault="00000000">
            <w:pPr>
              <w:spacing w:line="259" w:lineRule="auto"/>
              <w:jc w:val="center"/>
            </w:pPr>
            <w:r>
              <w:rPr>
                <w:b/>
                <w:color w:val="FFFFFF"/>
                <w:sz w:val="16"/>
              </w:rPr>
              <w:t>Birim fiyat</w:t>
            </w:r>
            <w:r>
              <w:rPr>
                <w:b/>
                <w:color w:val="FFFFFF"/>
                <w:sz w:val="16"/>
              </w:rPr>
              <w:br/>
              <w:t>KDV hariç</w:t>
            </w:r>
          </w:p>
        </w:tc>
        <w:tc>
          <w:tcPr>
            <w:tcW w:w="850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2225EF6" w14:textId="77777777" w:rsidR="001C0433" w:rsidRDefault="00000000">
            <w:pPr>
              <w:spacing w:line="259" w:lineRule="auto"/>
              <w:jc w:val="center"/>
            </w:pPr>
            <w:r>
              <w:rPr>
                <w:b/>
                <w:color w:val="FFFFFF"/>
                <w:sz w:val="16"/>
              </w:rPr>
              <w:t>İskonto</w:t>
            </w:r>
            <w:r>
              <w:rPr>
                <w:b/>
                <w:color w:val="FFFFFF"/>
                <w:sz w:val="16"/>
              </w:rPr>
              <w:br/>
              <w:t>%</w:t>
            </w:r>
          </w:p>
        </w:tc>
        <w:tc>
          <w:tcPr>
            <w:tcW w:w="709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BA1EA8C" w14:textId="77777777" w:rsidR="001C0433" w:rsidRDefault="00000000">
            <w:pPr>
              <w:spacing w:line="259" w:lineRule="auto"/>
              <w:jc w:val="center"/>
            </w:pPr>
            <w:r>
              <w:rPr>
                <w:b/>
                <w:color w:val="FFFFFF"/>
                <w:sz w:val="16"/>
              </w:rPr>
              <w:t>KDV</w:t>
            </w:r>
            <w:r>
              <w:rPr>
                <w:b/>
                <w:color w:val="FFFFFF"/>
                <w:sz w:val="16"/>
              </w:rPr>
              <w:br/>
              <w:t>%</w:t>
            </w:r>
          </w:p>
        </w:tc>
        <w:tc>
          <w:tcPr>
            <w:tcW w:w="1701" w:type="dxa"/>
            <w:shd w:val="clear" w:color="auto" w:fill="183044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DAFB4E7" w14:textId="77777777" w:rsidR="001C0433" w:rsidRDefault="00000000">
            <w:pPr>
              <w:spacing w:line="259" w:lineRule="auto"/>
              <w:jc w:val="center"/>
            </w:pPr>
            <w:r>
              <w:rPr>
                <w:b/>
                <w:color w:val="FFFFFF"/>
                <w:sz w:val="16"/>
              </w:rPr>
              <w:t>Tutar</w:t>
            </w:r>
            <w:r>
              <w:rPr>
                <w:b/>
                <w:color w:val="FFFFFF"/>
                <w:sz w:val="16"/>
              </w:rPr>
              <w:br/>
              <w:t>KDV hariç</w:t>
            </w:r>
          </w:p>
        </w:tc>
      </w:tr>
      <w:tr w:rsidR="001C0433" w14:paraId="1987F223" w14:textId="77777777">
        <w:trPr>
          <w:cantSplit/>
          <w:jc w:val="center"/>
        </w:trPr>
        <w:tc>
          <w:tcPr>
            <w:tcW w:w="482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EE6B9BB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01</w:t>
            </w:r>
          </w:p>
        </w:tc>
        <w:tc>
          <w:tcPr>
            <w:tcW w:w="3543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46FF9A7" w14:textId="77777777" w:rsidR="001C0433" w:rsidRDefault="00000000">
            <w:pPr>
              <w:spacing w:line="259" w:lineRule="auto"/>
            </w:pPr>
            <w:r>
              <w:rPr>
                <w:b/>
                <w:sz w:val="18"/>
              </w:rPr>
              <w:t>Çalışma masası</w:t>
            </w:r>
          </w:p>
          <w:p w14:paraId="26C9306B" w14:textId="77777777" w:rsidR="001C0433" w:rsidRDefault="00000000">
            <w:pPr>
              <w:spacing w:before="60" w:line="259" w:lineRule="auto"/>
            </w:pPr>
            <w:r>
              <w:rPr>
                <w:color w:val="637583"/>
                <w:sz w:val="15"/>
              </w:rPr>
              <w:t>MS-160 · 160 × 80 cm / meşe renk / metal ayak</w:t>
            </w:r>
          </w:p>
        </w:tc>
        <w:tc>
          <w:tcPr>
            <w:tcW w:w="652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F534DEB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37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9E0EA12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Adet</w:t>
            </w:r>
          </w:p>
        </w:tc>
        <w:tc>
          <w:tcPr>
            <w:tcW w:w="1304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48062C6" w14:textId="77777777" w:rsidR="001C0433" w:rsidRDefault="00000000">
            <w:pPr>
              <w:spacing w:line="259" w:lineRule="auto"/>
              <w:jc w:val="right"/>
            </w:pPr>
            <w:r>
              <w:rPr>
                <w:sz w:val="17"/>
              </w:rPr>
              <w:t>6.500,00</w:t>
            </w:r>
          </w:p>
        </w:tc>
        <w:tc>
          <w:tcPr>
            <w:tcW w:w="850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C59FC2E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709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32C37AB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701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260757D" w14:textId="77777777" w:rsidR="001C0433" w:rsidRDefault="00000000">
            <w:pPr>
              <w:spacing w:line="259" w:lineRule="auto"/>
              <w:jc w:val="right"/>
            </w:pPr>
            <w:r>
              <w:rPr>
                <w:b/>
                <w:sz w:val="17"/>
              </w:rPr>
              <w:t>23.400,00</w:t>
            </w:r>
          </w:p>
        </w:tc>
      </w:tr>
      <w:tr w:rsidR="001C0433" w14:paraId="2D37A626" w14:textId="77777777">
        <w:trPr>
          <w:cantSplit/>
          <w:jc w:val="center"/>
        </w:trPr>
        <w:tc>
          <w:tcPr>
            <w:tcW w:w="482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F60E543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02</w:t>
            </w:r>
          </w:p>
        </w:tc>
        <w:tc>
          <w:tcPr>
            <w:tcW w:w="3543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347E5D4" w14:textId="77777777" w:rsidR="001C0433" w:rsidRDefault="00000000">
            <w:pPr>
              <w:spacing w:line="259" w:lineRule="auto"/>
            </w:pPr>
            <w:r>
              <w:rPr>
                <w:b/>
                <w:sz w:val="18"/>
              </w:rPr>
              <w:t>Ofis çalışma sandalyesi</w:t>
            </w:r>
          </w:p>
          <w:p w14:paraId="4848A91E" w14:textId="77777777" w:rsidR="001C0433" w:rsidRDefault="00000000">
            <w:pPr>
              <w:spacing w:before="60" w:line="259" w:lineRule="auto"/>
            </w:pPr>
            <w:r>
              <w:rPr>
                <w:color w:val="637583"/>
                <w:sz w:val="15"/>
              </w:rPr>
              <w:t>SD-01 · Siyah / file sırt / yüksekliği ayarlanabilir</w:t>
            </w:r>
          </w:p>
        </w:tc>
        <w:tc>
          <w:tcPr>
            <w:tcW w:w="652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68CB918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37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7FA59559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Adet</w:t>
            </w:r>
          </w:p>
        </w:tc>
        <w:tc>
          <w:tcPr>
            <w:tcW w:w="1304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E5F6A0D" w14:textId="77777777" w:rsidR="001C0433" w:rsidRDefault="00000000">
            <w:pPr>
              <w:spacing w:line="259" w:lineRule="auto"/>
              <w:jc w:val="right"/>
            </w:pPr>
            <w:r>
              <w:rPr>
                <w:sz w:val="17"/>
              </w:rPr>
              <w:t>3.750,00</w:t>
            </w:r>
          </w:p>
        </w:tc>
        <w:tc>
          <w:tcPr>
            <w:tcW w:w="850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7D742BCB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709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CC0F7FD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701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1F69ED2" w14:textId="77777777" w:rsidR="001C0433" w:rsidRDefault="00000000">
            <w:pPr>
              <w:spacing w:line="259" w:lineRule="auto"/>
              <w:jc w:val="right"/>
            </w:pPr>
            <w:r>
              <w:rPr>
                <w:b/>
                <w:sz w:val="17"/>
              </w:rPr>
              <w:t>15.000,00</w:t>
            </w:r>
          </w:p>
        </w:tc>
      </w:tr>
      <w:tr w:rsidR="001C0433" w14:paraId="224DA01B" w14:textId="77777777">
        <w:trPr>
          <w:cantSplit/>
          <w:jc w:val="center"/>
        </w:trPr>
        <w:tc>
          <w:tcPr>
            <w:tcW w:w="482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AEDBAB3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03</w:t>
            </w:r>
          </w:p>
        </w:tc>
        <w:tc>
          <w:tcPr>
            <w:tcW w:w="3543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D203607" w14:textId="77777777" w:rsidR="001C0433" w:rsidRDefault="00000000">
            <w:pPr>
              <w:spacing w:line="259" w:lineRule="auto"/>
            </w:pPr>
            <w:r>
              <w:rPr>
                <w:b/>
                <w:sz w:val="18"/>
              </w:rPr>
              <w:t>Metal dosya dolabı</w:t>
            </w:r>
          </w:p>
          <w:p w14:paraId="77C56B94" w14:textId="77777777" w:rsidR="001C0433" w:rsidRDefault="00000000">
            <w:pPr>
              <w:spacing w:before="60" w:line="259" w:lineRule="auto"/>
            </w:pPr>
            <w:r>
              <w:rPr>
                <w:color w:val="637583"/>
                <w:sz w:val="15"/>
              </w:rPr>
              <w:t>DL-180 · 180 × 90 × 40 cm / kilitli / 4 raflı</w:t>
            </w:r>
          </w:p>
        </w:tc>
        <w:tc>
          <w:tcPr>
            <w:tcW w:w="652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BBD0014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37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CB8EE16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Adet</w:t>
            </w:r>
          </w:p>
        </w:tc>
        <w:tc>
          <w:tcPr>
            <w:tcW w:w="1304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D928E57" w14:textId="77777777" w:rsidR="001C0433" w:rsidRDefault="00000000">
            <w:pPr>
              <w:spacing w:line="259" w:lineRule="auto"/>
              <w:jc w:val="right"/>
            </w:pPr>
            <w:r>
              <w:rPr>
                <w:sz w:val="17"/>
              </w:rPr>
              <w:t>7.200,00</w:t>
            </w:r>
          </w:p>
        </w:tc>
        <w:tc>
          <w:tcPr>
            <w:tcW w:w="850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A6BA355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709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7E65B3F0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701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EB50A02" w14:textId="77777777" w:rsidR="001C0433" w:rsidRDefault="00000000">
            <w:pPr>
              <w:spacing w:line="259" w:lineRule="auto"/>
              <w:jc w:val="right"/>
            </w:pPr>
            <w:r>
              <w:rPr>
                <w:b/>
                <w:sz w:val="17"/>
              </w:rPr>
              <w:t>13.680,00</w:t>
            </w:r>
          </w:p>
        </w:tc>
      </w:tr>
      <w:tr w:rsidR="001C0433" w14:paraId="191AB4E7" w14:textId="77777777">
        <w:trPr>
          <w:cantSplit/>
          <w:jc w:val="center"/>
        </w:trPr>
        <w:tc>
          <w:tcPr>
            <w:tcW w:w="482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703FA30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04</w:t>
            </w:r>
          </w:p>
        </w:tc>
        <w:tc>
          <w:tcPr>
            <w:tcW w:w="3543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EA1B6C4" w14:textId="77777777" w:rsidR="001C0433" w:rsidRDefault="00000000">
            <w:pPr>
              <w:spacing w:line="259" w:lineRule="auto"/>
            </w:pPr>
            <w:r>
              <w:rPr>
                <w:b/>
                <w:sz w:val="18"/>
              </w:rPr>
              <w:t>Üç çekmeceli keson</w:t>
            </w:r>
          </w:p>
          <w:p w14:paraId="6CED40F0" w14:textId="77777777" w:rsidR="001C0433" w:rsidRDefault="00000000">
            <w:pPr>
              <w:spacing w:before="60" w:line="259" w:lineRule="auto"/>
            </w:pPr>
            <w:r>
              <w:rPr>
                <w:color w:val="637583"/>
                <w:sz w:val="15"/>
              </w:rPr>
              <w:t>KS-03 · Meşe renk / tekerlekli / kilitli</w:t>
            </w:r>
          </w:p>
        </w:tc>
        <w:tc>
          <w:tcPr>
            <w:tcW w:w="652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4E118D1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37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2A81FDD7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Adet</w:t>
            </w:r>
          </w:p>
        </w:tc>
        <w:tc>
          <w:tcPr>
            <w:tcW w:w="1304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7F3FADE" w14:textId="77777777" w:rsidR="001C0433" w:rsidRDefault="00000000">
            <w:pPr>
              <w:spacing w:line="259" w:lineRule="auto"/>
              <w:jc w:val="right"/>
            </w:pPr>
            <w:r>
              <w:rPr>
                <w:sz w:val="17"/>
              </w:rPr>
              <w:t>2.400,00</w:t>
            </w:r>
          </w:p>
        </w:tc>
        <w:tc>
          <w:tcPr>
            <w:tcW w:w="850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45EC07B7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709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AF0D4FF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701" w:type="dxa"/>
            <w:tcBorders>
              <w:bottom w:val="single" w:sz="3" w:space="0" w:color="DBE3E8"/>
            </w:tcBorders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427E21F" w14:textId="77777777" w:rsidR="001C0433" w:rsidRDefault="00000000">
            <w:pPr>
              <w:spacing w:line="259" w:lineRule="auto"/>
              <w:jc w:val="right"/>
            </w:pPr>
            <w:r>
              <w:rPr>
                <w:b/>
                <w:sz w:val="17"/>
              </w:rPr>
              <w:t>9.600,00</w:t>
            </w:r>
          </w:p>
        </w:tc>
      </w:tr>
      <w:tr w:rsidR="001C0433" w14:paraId="34B9C1C8" w14:textId="77777777">
        <w:trPr>
          <w:cantSplit/>
          <w:jc w:val="center"/>
        </w:trPr>
        <w:tc>
          <w:tcPr>
            <w:tcW w:w="482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09ABC23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05</w:t>
            </w:r>
          </w:p>
        </w:tc>
        <w:tc>
          <w:tcPr>
            <w:tcW w:w="3543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B3069B9" w14:textId="77777777" w:rsidR="001C0433" w:rsidRDefault="00000000">
            <w:pPr>
              <w:spacing w:line="259" w:lineRule="auto"/>
            </w:pPr>
            <w:r>
              <w:rPr>
                <w:b/>
                <w:sz w:val="18"/>
              </w:rPr>
              <w:t>Toplantı masası</w:t>
            </w:r>
          </w:p>
          <w:p w14:paraId="4B54C455" w14:textId="77777777" w:rsidR="001C0433" w:rsidRDefault="00000000">
            <w:pPr>
              <w:spacing w:before="60" w:line="259" w:lineRule="auto"/>
            </w:pPr>
            <w:r>
              <w:rPr>
                <w:color w:val="637583"/>
                <w:sz w:val="15"/>
              </w:rPr>
              <w:t>TM-200 · 200 × 100 cm / meşe renk / metal ayak</w:t>
            </w:r>
          </w:p>
        </w:tc>
        <w:tc>
          <w:tcPr>
            <w:tcW w:w="652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0DFCE0D3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737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3949C05D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Adet</w:t>
            </w:r>
          </w:p>
        </w:tc>
        <w:tc>
          <w:tcPr>
            <w:tcW w:w="1304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D659516" w14:textId="77777777" w:rsidR="001C0433" w:rsidRDefault="00000000">
            <w:pPr>
              <w:spacing w:line="259" w:lineRule="auto"/>
              <w:jc w:val="right"/>
            </w:pPr>
            <w:r>
              <w:rPr>
                <w:sz w:val="17"/>
              </w:rPr>
              <w:t>12.000,00</w:t>
            </w:r>
          </w:p>
        </w:tc>
        <w:tc>
          <w:tcPr>
            <w:tcW w:w="850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1D155D03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709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579E04C5" w14:textId="77777777" w:rsidR="001C0433" w:rsidRDefault="00000000">
            <w:pPr>
              <w:spacing w:line="259" w:lineRule="auto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701" w:type="dxa"/>
            <w:tcBorders>
              <w:bottom w:val="single" w:sz="3" w:space="0" w:color="DBE3E8"/>
            </w:tcBorders>
            <w:shd w:val="clear" w:color="auto" w:fill="F3F6F8"/>
            <w:tcMar>
              <w:top w:w="105" w:type="dxa"/>
              <w:left w:w="100" w:type="dxa"/>
              <w:bottom w:w="105" w:type="dxa"/>
              <w:right w:w="100" w:type="dxa"/>
            </w:tcMar>
            <w:vAlign w:val="center"/>
          </w:tcPr>
          <w:p w14:paraId="6429DABF" w14:textId="77777777" w:rsidR="001C0433" w:rsidRDefault="00000000">
            <w:pPr>
              <w:spacing w:line="259" w:lineRule="auto"/>
              <w:jc w:val="right"/>
            </w:pPr>
            <w:r>
              <w:rPr>
                <w:b/>
                <w:sz w:val="17"/>
              </w:rPr>
              <w:t>12.000,00</w:t>
            </w:r>
          </w:p>
        </w:tc>
      </w:tr>
    </w:tbl>
    <w:p w14:paraId="554BDAD0" w14:textId="77777777" w:rsidR="001C0433" w:rsidRDefault="00000000">
      <w:pPr>
        <w:spacing w:before="100" w:after="120" w:line="259" w:lineRule="auto"/>
      </w:pPr>
      <w:r>
        <w:rPr>
          <w:color w:val="637583"/>
          <w:sz w:val="16"/>
        </w:rPr>
        <w:t>Birim fiyatlar ve satır tutarları KDV hariçtir. Satır tutarı, satır iskontosu düşülmüş bedeldir.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2835"/>
        <w:gridCol w:w="1928"/>
      </w:tblGrid>
      <w:tr w:rsidR="001C0433" w14:paraId="21707105" w14:textId="77777777">
        <w:trPr>
          <w:cantSplit/>
          <w:jc w:val="center"/>
        </w:trPr>
        <w:tc>
          <w:tcPr>
            <w:tcW w:w="5216" w:type="dxa"/>
            <w:vMerge w:val="restart"/>
            <w:tcMar>
              <w:top w:w="66" w:type="dxa"/>
              <w:left w:w="100" w:type="dxa"/>
              <w:bottom w:w="66" w:type="dxa"/>
              <w:right w:w="100" w:type="dxa"/>
            </w:tcMar>
          </w:tcPr>
          <w:p w14:paraId="5A165080" w14:textId="77777777" w:rsidR="001C0433" w:rsidRDefault="00000000">
            <w:pPr>
              <w:spacing w:after="120" w:line="259" w:lineRule="auto"/>
            </w:pPr>
            <w:r>
              <w:rPr>
                <w:b/>
                <w:color w:val="187D83"/>
                <w:sz w:val="16"/>
              </w:rPr>
              <w:t>TEKLİFİN KAPSAMI</w:t>
            </w:r>
          </w:p>
          <w:p w14:paraId="251B30C5" w14:textId="77777777" w:rsidR="001C0433" w:rsidRDefault="00000000">
            <w:pPr>
              <w:spacing w:after="160" w:line="259" w:lineRule="auto"/>
            </w:pPr>
            <w:r>
              <w:rPr>
                <w:sz w:val="18"/>
              </w:rPr>
              <w:t>Yukarıdaki ürünler, belirtilen miktar ve özelliklerle teklif edilmiştir. Teslimat, ödeme ve onay bilgileri sonraki sayfadadır.</w:t>
            </w:r>
          </w:p>
          <w:p w14:paraId="1F2AA91F" w14:textId="77777777" w:rsidR="001C0433" w:rsidRDefault="00000000">
            <w:pPr>
              <w:spacing w:line="259" w:lineRule="auto"/>
            </w:pPr>
            <w:r>
              <w:rPr>
                <w:color w:val="637583"/>
                <w:sz w:val="17"/>
              </w:rPr>
              <w:t>Nakliye / montaj: Teklif bedeline dahil.</w:t>
            </w:r>
          </w:p>
        </w:tc>
        <w:tc>
          <w:tcPr>
            <w:tcW w:w="2835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42A6BC8A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Ürünler toplamı</w:t>
            </w:r>
          </w:p>
        </w:tc>
        <w:tc>
          <w:tcPr>
            <w:tcW w:w="1928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119BCF68" w14:textId="77777777" w:rsidR="001C0433" w:rsidRDefault="00000000">
            <w:pPr>
              <w:spacing w:line="259" w:lineRule="auto"/>
              <w:jc w:val="right"/>
            </w:pPr>
            <w:r>
              <w:rPr>
                <w:sz w:val="18"/>
              </w:rPr>
              <w:t>77.000,00 TL</w:t>
            </w:r>
          </w:p>
        </w:tc>
      </w:tr>
      <w:tr w:rsidR="001C0433" w14:paraId="262CFD1B" w14:textId="77777777">
        <w:trPr>
          <w:cantSplit/>
          <w:jc w:val="center"/>
        </w:trPr>
        <w:tc>
          <w:tcPr>
            <w:tcW w:w="5216" w:type="dxa"/>
            <w:vMerge/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71AC950B" w14:textId="77777777" w:rsidR="001C0433" w:rsidRDefault="001C0433">
            <w:pPr>
              <w:spacing w:line="259" w:lineRule="auto"/>
            </w:pPr>
          </w:p>
        </w:tc>
        <w:tc>
          <w:tcPr>
            <w:tcW w:w="2835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04DECB19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Satır iskontoları toplamı (−)</w:t>
            </w:r>
          </w:p>
        </w:tc>
        <w:tc>
          <w:tcPr>
            <w:tcW w:w="1928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72223A8C" w14:textId="77777777" w:rsidR="001C0433" w:rsidRDefault="00000000">
            <w:pPr>
              <w:spacing w:line="259" w:lineRule="auto"/>
              <w:jc w:val="right"/>
            </w:pPr>
            <w:r>
              <w:rPr>
                <w:sz w:val="18"/>
              </w:rPr>
              <w:t>3.320,00 TL</w:t>
            </w:r>
          </w:p>
        </w:tc>
      </w:tr>
      <w:tr w:rsidR="001C0433" w14:paraId="1822D793" w14:textId="77777777">
        <w:trPr>
          <w:cantSplit/>
          <w:jc w:val="center"/>
        </w:trPr>
        <w:tc>
          <w:tcPr>
            <w:tcW w:w="5216" w:type="dxa"/>
            <w:vMerge/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26F6AC2F" w14:textId="77777777" w:rsidR="001C0433" w:rsidRDefault="001C0433">
            <w:pPr>
              <w:spacing w:line="259" w:lineRule="auto"/>
            </w:pPr>
          </w:p>
        </w:tc>
        <w:tc>
          <w:tcPr>
            <w:tcW w:w="2835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60384377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Net toplam / KDV matrahı</w:t>
            </w:r>
          </w:p>
        </w:tc>
        <w:tc>
          <w:tcPr>
            <w:tcW w:w="1928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69811581" w14:textId="77777777" w:rsidR="001C0433" w:rsidRDefault="00000000">
            <w:pPr>
              <w:spacing w:line="259" w:lineRule="auto"/>
              <w:jc w:val="right"/>
            </w:pPr>
            <w:r>
              <w:rPr>
                <w:sz w:val="18"/>
              </w:rPr>
              <w:t>73.680,00 TL</w:t>
            </w:r>
          </w:p>
        </w:tc>
      </w:tr>
      <w:tr w:rsidR="001C0433" w14:paraId="3EC9A265" w14:textId="77777777">
        <w:trPr>
          <w:cantSplit/>
          <w:jc w:val="center"/>
        </w:trPr>
        <w:tc>
          <w:tcPr>
            <w:tcW w:w="5216" w:type="dxa"/>
            <w:vMerge/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0BB4D07D" w14:textId="77777777" w:rsidR="001C0433" w:rsidRDefault="001C0433">
            <w:pPr>
              <w:spacing w:line="259" w:lineRule="auto"/>
            </w:pPr>
          </w:p>
        </w:tc>
        <w:tc>
          <w:tcPr>
            <w:tcW w:w="2835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32AEF3B9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KDV toplamı</w:t>
            </w:r>
          </w:p>
        </w:tc>
        <w:tc>
          <w:tcPr>
            <w:tcW w:w="1928" w:type="dxa"/>
            <w:tcBorders>
              <w:bottom w:val="single" w:sz="3" w:space="0" w:color="DBE3E8"/>
            </w:tcBorders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7CC8CF67" w14:textId="77777777" w:rsidR="001C0433" w:rsidRDefault="00000000">
            <w:pPr>
              <w:spacing w:line="259" w:lineRule="auto"/>
              <w:jc w:val="right"/>
            </w:pPr>
            <w:r>
              <w:rPr>
                <w:sz w:val="18"/>
              </w:rPr>
              <w:t>14.736,00 TL</w:t>
            </w:r>
          </w:p>
        </w:tc>
      </w:tr>
      <w:tr w:rsidR="001C0433" w14:paraId="7ADD8565" w14:textId="77777777">
        <w:trPr>
          <w:cantSplit/>
          <w:jc w:val="center"/>
        </w:trPr>
        <w:tc>
          <w:tcPr>
            <w:tcW w:w="5216" w:type="dxa"/>
            <w:vMerge/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5867DFD2" w14:textId="77777777" w:rsidR="001C0433" w:rsidRDefault="001C0433">
            <w:pPr>
              <w:spacing w:line="259" w:lineRule="auto"/>
            </w:pPr>
          </w:p>
        </w:tc>
        <w:tc>
          <w:tcPr>
            <w:tcW w:w="2835" w:type="dxa"/>
            <w:shd w:val="clear" w:color="auto" w:fill="187D83"/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2402610B" w14:textId="77777777" w:rsidR="001C0433" w:rsidRDefault="00000000">
            <w:pPr>
              <w:spacing w:line="259" w:lineRule="auto"/>
            </w:pPr>
            <w:r>
              <w:rPr>
                <w:b/>
                <w:color w:val="FFFFFF"/>
                <w:sz w:val="20"/>
              </w:rPr>
              <w:t>GENEL TOPLAM</w:t>
            </w:r>
          </w:p>
        </w:tc>
        <w:tc>
          <w:tcPr>
            <w:tcW w:w="1928" w:type="dxa"/>
            <w:shd w:val="clear" w:color="auto" w:fill="187D83"/>
            <w:tcMar>
              <w:top w:w="66" w:type="dxa"/>
              <w:left w:w="100" w:type="dxa"/>
              <w:bottom w:w="66" w:type="dxa"/>
              <w:right w:w="100" w:type="dxa"/>
            </w:tcMar>
            <w:vAlign w:val="center"/>
          </w:tcPr>
          <w:p w14:paraId="0A51B01A" w14:textId="77777777" w:rsidR="001C0433" w:rsidRDefault="00000000">
            <w:pPr>
              <w:spacing w:line="259" w:lineRule="auto"/>
              <w:jc w:val="right"/>
            </w:pPr>
            <w:r>
              <w:rPr>
                <w:b/>
                <w:color w:val="FFFFFF"/>
                <w:sz w:val="26"/>
              </w:rPr>
              <w:t>88.416,00 TL</w:t>
            </w:r>
          </w:p>
        </w:tc>
      </w:tr>
    </w:tbl>
    <w:p w14:paraId="1F537D7D" w14:textId="77777777" w:rsidR="001C0433" w:rsidRDefault="00000000">
      <w:pPr>
        <w:spacing w:before="100" w:line="259" w:lineRule="auto"/>
        <w:jc w:val="right"/>
      </w:pPr>
      <w:r>
        <w:rPr>
          <w:color w:val="637583"/>
          <w:sz w:val="16"/>
        </w:rPr>
        <w:t>KDV dahil toplam teklif bedeli yukarıda belirtilmiştir.</w:t>
      </w:r>
    </w:p>
    <w:p w14:paraId="6101D962" w14:textId="77777777" w:rsidR="001C0433" w:rsidRDefault="00000000">
      <w:r>
        <w:br w:type="page"/>
      </w:r>
    </w:p>
    <w:p w14:paraId="1EFD6E8D" w14:textId="77777777" w:rsidR="001C0433" w:rsidRDefault="00000000">
      <w:pPr>
        <w:spacing w:after="60" w:line="259" w:lineRule="auto"/>
      </w:pPr>
      <w:r>
        <w:rPr>
          <w:b/>
          <w:color w:val="183044"/>
          <w:sz w:val="44"/>
        </w:rPr>
        <w:lastRenderedPageBreak/>
        <w:t>KOŞULLAR VE ONAY</w:t>
      </w:r>
    </w:p>
    <w:p w14:paraId="7B86EAEA" w14:textId="77777777" w:rsidR="001C0433" w:rsidRDefault="00000000">
      <w:pPr>
        <w:spacing w:after="40" w:line="259" w:lineRule="auto"/>
      </w:pPr>
      <w:r>
        <w:rPr>
          <w:color w:val="637583"/>
          <w:sz w:val="18"/>
        </w:rPr>
        <w:t>TKF-2026-001  ·  Ofis mobilyaları ve donanım ürünleri</w:t>
      </w:r>
    </w:p>
    <w:p w14:paraId="01EF0F18" w14:textId="77777777" w:rsidR="001C0433" w:rsidRDefault="00000000">
      <w:pPr>
        <w:keepNext/>
        <w:spacing w:before="180" w:after="120" w:line="259" w:lineRule="auto"/>
      </w:pPr>
      <w:r>
        <w:rPr>
          <w:b/>
          <w:color w:val="187D83"/>
          <w:sz w:val="20"/>
        </w:rPr>
        <w:t xml:space="preserve">02  </w:t>
      </w:r>
      <w:r>
        <w:rPr>
          <w:b/>
          <w:color w:val="183044"/>
          <w:sz w:val="20"/>
        </w:rPr>
        <w:t>TESLİMAT VE SATIŞ KOŞULLARI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598"/>
      </w:tblGrid>
      <w:tr w:rsidR="001C0433" w14:paraId="4EF7A781" w14:textId="77777777">
        <w:trPr>
          <w:cantSplit/>
          <w:jc w:val="center"/>
        </w:trPr>
        <w:tc>
          <w:tcPr>
            <w:tcW w:w="2381" w:type="dxa"/>
            <w:tcBorders>
              <w:bottom w:val="single" w:sz="3" w:space="0" w:color="DBE3E8"/>
            </w:tcBorders>
            <w:shd w:val="clear" w:color="auto" w:fill="F3F6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22B767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18"/>
              </w:rPr>
              <w:t>Teslim süresi</w:t>
            </w:r>
          </w:p>
        </w:tc>
        <w:tc>
          <w:tcPr>
            <w:tcW w:w="7597" w:type="dxa"/>
            <w:tcBorders>
              <w:bottom w:val="single" w:sz="3" w:space="0" w:color="DBE3E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E2C04B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Yazılı sipariş onayı ve peşinatın alınmasını izleyen 10 iş günü.</w:t>
            </w:r>
          </w:p>
        </w:tc>
      </w:tr>
      <w:tr w:rsidR="001C0433" w14:paraId="21E4AE46" w14:textId="77777777">
        <w:trPr>
          <w:cantSplit/>
          <w:jc w:val="center"/>
        </w:trPr>
        <w:tc>
          <w:tcPr>
            <w:tcW w:w="2381" w:type="dxa"/>
            <w:tcBorders>
              <w:bottom w:val="single" w:sz="3" w:space="0" w:color="DBE3E8"/>
            </w:tcBorders>
            <w:shd w:val="clear" w:color="auto" w:fill="F3F6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DE1EACA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18"/>
              </w:rPr>
              <w:t>Teslim yeri / şekli</w:t>
            </w:r>
          </w:p>
        </w:tc>
        <w:tc>
          <w:tcPr>
            <w:tcW w:w="7597" w:type="dxa"/>
            <w:tcBorders>
              <w:bottom w:val="single" w:sz="3" w:space="0" w:color="DBE3E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EF90294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[Teslimat adresi] · Adrese teslim.</w:t>
            </w:r>
          </w:p>
        </w:tc>
      </w:tr>
      <w:tr w:rsidR="001C0433" w14:paraId="3ABE4750" w14:textId="77777777">
        <w:trPr>
          <w:cantSplit/>
          <w:jc w:val="center"/>
        </w:trPr>
        <w:tc>
          <w:tcPr>
            <w:tcW w:w="2381" w:type="dxa"/>
            <w:tcBorders>
              <w:bottom w:val="single" w:sz="3" w:space="0" w:color="DBE3E8"/>
            </w:tcBorders>
            <w:shd w:val="clear" w:color="auto" w:fill="F3F6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FE8A58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18"/>
              </w:rPr>
              <w:t>Nakliye / montaj</w:t>
            </w:r>
          </w:p>
        </w:tc>
        <w:tc>
          <w:tcPr>
            <w:tcW w:w="7597" w:type="dxa"/>
            <w:tcBorders>
              <w:bottom w:val="single" w:sz="3" w:space="0" w:color="DBE3E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0E46C9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Nakliye, boşaltma ve standart kurulum teklif bedeline dahildir.</w:t>
            </w:r>
          </w:p>
        </w:tc>
      </w:tr>
      <w:tr w:rsidR="001C0433" w14:paraId="67153888" w14:textId="77777777">
        <w:trPr>
          <w:cantSplit/>
          <w:jc w:val="center"/>
        </w:trPr>
        <w:tc>
          <w:tcPr>
            <w:tcW w:w="2381" w:type="dxa"/>
            <w:tcBorders>
              <w:bottom w:val="single" w:sz="3" w:space="0" w:color="DBE3E8"/>
            </w:tcBorders>
            <w:shd w:val="clear" w:color="auto" w:fill="F3F6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C2AE0B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18"/>
              </w:rPr>
              <w:t>Stok / sevkiyat</w:t>
            </w:r>
          </w:p>
        </w:tc>
        <w:tc>
          <w:tcPr>
            <w:tcW w:w="7597" w:type="dxa"/>
            <w:tcBorders>
              <w:bottom w:val="single" w:sz="3" w:space="0" w:color="DBE3E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79B97A4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Stok, yazılı sipariş onayında teyit edilir. Tek seferde sevkiyat.</w:t>
            </w:r>
          </w:p>
        </w:tc>
      </w:tr>
      <w:tr w:rsidR="001C0433" w14:paraId="7329D2B3" w14:textId="77777777">
        <w:trPr>
          <w:cantSplit/>
          <w:jc w:val="center"/>
        </w:trPr>
        <w:tc>
          <w:tcPr>
            <w:tcW w:w="2381" w:type="dxa"/>
            <w:tcBorders>
              <w:bottom w:val="single" w:sz="3" w:space="0" w:color="DBE3E8"/>
            </w:tcBorders>
            <w:shd w:val="clear" w:color="auto" w:fill="F3F6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4269DF6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18"/>
              </w:rPr>
              <w:t>Garanti / satış sonrası</w:t>
            </w:r>
          </w:p>
        </w:tc>
        <w:tc>
          <w:tcPr>
            <w:tcW w:w="7597" w:type="dxa"/>
            <w:tcBorders>
              <w:bottom w:val="single" w:sz="3" w:space="0" w:color="DBE3E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86B711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[Ürüne ait garanti süresi, kapsamı, sağlayıcısı ve başvuru kanalı].</w:t>
            </w:r>
          </w:p>
        </w:tc>
      </w:tr>
      <w:tr w:rsidR="001C0433" w14:paraId="7E28C9D1" w14:textId="77777777">
        <w:trPr>
          <w:cantSplit/>
          <w:jc w:val="center"/>
        </w:trPr>
        <w:tc>
          <w:tcPr>
            <w:tcW w:w="2381" w:type="dxa"/>
            <w:tcBorders>
              <w:bottom w:val="single" w:sz="3" w:space="0" w:color="DBE3E8"/>
            </w:tcBorders>
            <w:shd w:val="clear" w:color="auto" w:fill="F3F6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8520D4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18"/>
              </w:rPr>
              <w:t>İade / değişiklik</w:t>
            </w:r>
          </w:p>
        </w:tc>
        <w:tc>
          <w:tcPr>
            <w:tcW w:w="7597" w:type="dxa"/>
            <w:tcBorders>
              <w:bottom w:val="single" w:sz="3" w:space="0" w:color="DBE3E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C492BF9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[İade ve değişim koşulları; özel üretim veya ölçüye göre ürün bilgisi].</w:t>
            </w:r>
          </w:p>
        </w:tc>
      </w:tr>
      <w:tr w:rsidR="001C0433" w14:paraId="3AF99B73" w14:textId="77777777">
        <w:trPr>
          <w:cantSplit/>
          <w:jc w:val="center"/>
        </w:trPr>
        <w:tc>
          <w:tcPr>
            <w:tcW w:w="2381" w:type="dxa"/>
            <w:tcBorders>
              <w:bottom w:val="single" w:sz="3" w:space="0" w:color="DBE3E8"/>
            </w:tcBorders>
            <w:shd w:val="clear" w:color="auto" w:fill="F3F6F8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DD3595F" w14:textId="77777777" w:rsidR="001C0433" w:rsidRDefault="00000000">
            <w:pPr>
              <w:spacing w:line="259" w:lineRule="auto"/>
            </w:pPr>
            <w:r>
              <w:rPr>
                <w:b/>
                <w:color w:val="183044"/>
                <w:sz w:val="18"/>
              </w:rPr>
              <w:t>Ek bedeller / kapsam</w:t>
            </w:r>
          </w:p>
        </w:tc>
        <w:tc>
          <w:tcPr>
            <w:tcW w:w="7597" w:type="dxa"/>
            <w:tcBorders>
              <w:bottom w:val="single" w:sz="3" w:space="0" w:color="DBE3E8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189ADB" w14:textId="77777777" w:rsidR="001C0433" w:rsidRDefault="00000000">
            <w:pPr>
              <w:spacing w:line="259" w:lineRule="auto"/>
            </w:pPr>
            <w:r>
              <w:rPr>
                <w:sz w:val="18"/>
              </w:rPr>
              <w:t>Yukarıda belirtilen standart teslimat ve kurulum için ek bedel yoktur.</w:t>
            </w:r>
          </w:p>
        </w:tc>
      </w:tr>
    </w:tbl>
    <w:p w14:paraId="14CD6718" w14:textId="77777777" w:rsidR="001C0433" w:rsidRDefault="00000000">
      <w:pPr>
        <w:keepNext/>
        <w:spacing w:before="180" w:after="120" w:line="259" w:lineRule="auto"/>
      </w:pPr>
      <w:r>
        <w:rPr>
          <w:b/>
          <w:color w:val="187D83"/>
          <w:sz w:val="20"/>
        </w:rPr>
        <w:t xml:space="preserve">03  </w:t>
      </w:r>
      <w:r>
        <w:rPr>
          <w:b/>
          <w:color w:val="183044"/>
          <w:sz w:val="20"/>
        </w:rPr>
        <w:t>ÖDEME PLANI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49"/>
        <w:gridCol w:w="3912"/>
        <w:gridCol w:w="1134"/>
        <w:gridCol w:w="1984"/>
      </w:tblGrid>
      <w:tr w:rsidR="001C0433" w14:paraId="4BF8C331" w14:textId="77777777">
        <w:trPr>
          <w:cantSplit/>
          <w:jc w:val="center"/>
        </w:trPr>
        <w:tc>
          <w:tcPr>
            <w:tcW w:w="2948" w:type="dxa"/>
            <w:shd w:val="clear" w:color="auto" w:fill="18304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F8AECE" w14:textId="77777777" w:rsidR="001C0433" w:rsidRDefault="00000000">
            <w:pPr>
              <w:spacing w:line="259" w:lineRule="auto"/>
            </w:pPr>
            <w:r>
              <w:rPr>
                <w:b/>
                <w:color w:val="FFFFFF"/>
                <w:sz w:val="17"/>
              </w:rPr>
              <w:t>Ödeme aşaması</w:t>
            </w:r>
          </w:p>
        </w:tc>
        <w:tc>
          <w:tcPr>
            <w:tcW w:w="3912" w:type="dxa"/>
            <w:shd w:val="clear" w:color="auto" w:fill="18304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56D952" w14:textId="77777777" w:rsidR="001C0433" w:rsidRDefault="00000000">
            <w:pPr>
              <w:spacing w:line="259" w:lineRule="auto"/>
            </w:pPr>
            <w:r>
              <w:rPr>
                <w:b/>
                <w:color w:val="FFFFFF"/>
                <w:sz w:val="17"/>
              </w:rPr>
              <w:t>Vade / tetikleyici koşul</w:t>
            </w:r>
          </w:p>
        </w:tc>
        <w:tc>
          <w:tcPr>
            <w:tcW w:w="1134" w:type="dxa"/>
            <w:shd w:val="clear" w:color="auto" w:fill="18304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DBF960" w14:textId="77777777" w:rsidR="001C0433" w:rsidRDefault="00000000">
            <w:pPr>
              <w:spacing w:line="259" w:lineRule="auto"/>
            </w:pPr>
            <w:r>
              <w:rPr>
                <w:b/>
                <w:color w:val="FFFFFF"/>
                <w:sz w:val="17"/>
              </w:rPr>
              <w:t>Oran</w:t>
            </w:r>
          </w:p>
        </w:tc>
        <w:tc>
          <w:tcPr>
            <w:tcW w:w="1984" w:type="dxa"/>
            <w:shd w:val="clear" w:color="auto" w:fill="18304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FAC8DE" w14:textId="77777777" w:rsidR="001C0433" w:rsidRDefault="00000000">
            <w:pPr>
              <w:spacing w:line="259" w:lineRule="auto"/>
            </w:pPr>
            <w:r>
              <w:rPr>
                <w:b/>
                <w:color w:val="FFFFFF"/>
                <w:sz w:val="17"/>
              </w:rPr>
              <w:t>Tutar · KDV dahil</w:t>
            </w:r>
          </w:p>
        </w:tc>
      </w:tr>
      <w:tr w:rsidR="001C0433" w14:paraId="18D202D9" w14:textId="77777777">
        <w:trPr>
          <w:cantSplit/>
          <w:jc w:val="center"/>
        </w:trPr>
        <w:tc>
          <w:tcPr>
            <w:tcW w:w="2948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6500C6" w14:textId="77777777" w:rsidR="001C0433" w:rsidRDefault="00000000">
            <w:pPr>
              <w:spacing w:line="259" w:lineRule="auto"/>
            </w:pPr>
            <w:r>
              <w:rPr>
                <w:sz w:val="17"/>
              </w:rPr>
              <w:t>Peşinat</w:t>
            </w:r>
          </w:p>
        </w:tc>
        <w:tc>
          <w:tcPr>
            <w:tcW w:w="3912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DB7AD4" w14:textId="77777777" w:rsidR="001C0433" w:rsidRDefault="00000000">
            <w:pPr>
              <w:spacing w:line="259" w:lineRule="auto"/>
            </w:pPr>
            <w:r>
              <w:rPr>
                <w:sz w:val="17"/>
              </w:rPr>
              <w:t>Yazılı sipariş onayında</w:t>
            </w:r>
          </w:p>
        </w:tc>
        <w:tc>
          <w:tcPr>
            <w:tcW w:w="1134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03FB1F" w14:textId="77777777" w:rsidR="001C0433" w:rsidRDefault="00000000">
            <w:pPr>
              <w:spacing w:line="259" w:lineRule="auto"/>
            </w:pPr>
            <w:r>
              <w:rPr>
                <w:sz w:val="17"/>
              </w:rPr>
              <w:t>%50</w:t>
            </w:r>
          </w:p>
        </w:tc>
        <w:tc>
          <w:tcPr>
            <w:tcW w:w="1984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C5A183" w14:textId="77777777" w:rsidR="001C0433" w:rsidRDefault="00000000">
            <w:pPr>
              <w:spacing w:line="259" w:lineRule="auto"/>
              <w:jc w:val="right"/>
            </w:pPr>
            <w:r>
              <w:rPr>
                <w:sz w:val="17"/>
              </w:rPr>
              <w:t>44.208,00 TL</w:t>
            </w:r>
          </w:p>
        </w:tc>
      </w:tr>
      <w:tr w:rsidR="001C0433" w14:paraId="227A0ED7" w14:textId="77777777">
        <w:trPr>
          <w:cantSplit/>
          <w:jc w:val="center"/>
        </w:trPr>
        <w:tc>
          <w:tcPr>
            <w:tcW w:w="2948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C3F3A8" w14:textId="77777777" w:rsidR="001C0433" w:rsidRDefault="00000000">
            <w:pPr>
              <w:spacing w:line="259" w:lineRule="auto"/>
            </w:pPr>
            <w:r>
              <w:rPr>
                <w:sz w:val="17"/>
              </w:rPr>
              <w:t>Bakiye</w:t>
            </w:r>
          </w:p>
        </w:tc>
        <w:tc>
          <w:tcPr>
            <w:tcW w:w="3912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67500B" w14:textId="77777777" w:rsidR="001C0433" w:rsidRDefault="00000000">
            <w:pPr>
              <w:spacing w:line="259" w:lineRule="auto"/>
            </w:pPr>
            <w:r>
              <w:rPr>
                <w:sz w:val="17"/>
              </w:rPr>
              <w:t>Teslim ve kurulum tamamlandığında</w:t>
            </w:r>
          </w:p>
        </w:tc>
        <w:tc>
          <w:tcPr>
            <w:tcW w:w="1134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7691F0" w14:textId="77777777" w:rsidR="001C0433" w:rsidRDefault="00000000">
            <w:pPr>
              <w:spacing w:line="259" w:lineRule="auto"/>
            </w:pPr>
            <w:r>
              <w:rPr>
                <w:sz w:val="17"/>
              </w:rPr>
              <w:t>%50</w:t>
            </w:r>
          </w:p>
        </w:tc>
        <w:tc>
          <w:tcPr>
            <w:tcW w:w="1984" w:type="dxa"/>
            <w:tcBorders>
              <w:bottom w:val="single" w:sz="3" w:space="0" w:color="DBE3E8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C952CC" w14:textId="77777777" w:rsidR="001C0433" w:rsidRDefault="00000000">
            <w:pPr>
              <w:spacing w:line="259" w:lineRule="auto"/>
              <w:jc w:val="right"/>
            </w:pPr>
            <w:r>
              <w:rPr>
                <w:sz w:val="17"/>
              </w:rPr>
              <w:t>44.208,00 TL</w:t>
            </w:r>
          </w:p>
        </w:tc>
      </w:tr>
      <w:tr w:rsidR="001C0433" w14:paraId="45C3EDCF" w14:textId="77777777">
        <w:trPr>
          <w:cantSplit/>
          <w:jc w:val="center"/>
        </w:trPr>
        <w:tc>
          <w:tcPr>
            <w:tcW w:w="2948" w:type="dxa"/>
            <w:tcBorders>
              <w:bottom w:val="single" w:sz="3" w:space="0" w:color="DBE3E8"/>
            </w:tcBorders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980075" w14:textId="77777777" w:rsidR="001C0433" w:rsidRDefault="00000000">
            <w:pPr>
              <w:spacing w:line="259" w:lineRule="auto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3912" w:type="dxa"/>
            <w:tcBorders>
              <w:bottom w:val="single" w:sz="3" w:space="0" w:color="DBE3E8"/>
            </w:tcBorders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5664BE" w14:textId="77777777" w:rsidR="001C0433" w:rsidRDefault="00000000">
            <w:pPr>
              <w:spacing w:line="259" w:lineRule="auto"/>
            </w:pPr>
            <w:r>
              <w:rPr>
                <w:b/>
                <w:sz w:val="17"/>
              </w:rPr>
              <w:t>Genel toplam ile aynı olmalıdır.</w:t>
            </w:r>
          </w:p>
        </w:tc>
        <w:tc>
          <w:tcPr>
            <w:tcW w:w="1134" w:type="dxa"/>
            <w:tcBorders>
              <w:bottom w:val="single" w:sz="3" w:space="0" w:color="DBE3E8"/>
            </w:tcBorders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639781" w14:textId="77777777" w:rsidR="001C0433" w:rsidRDefault="00000000">
            <w:pPr>
              <w:spacing w:line="259" w:lineRule="auto"/>
            </w:pPr>
            <w:r>
              <w:rPr>
                <w:b/>
                <w:sz w:val="17"/>
              </w:rPr>
              <w:t>%100</w:t>
            </w:r>
          </w:p>
        </w:tc>
        <w:tc>
          <w:tcPr>
            <w:tcW w:w="1984" w:type="dxa"/>
            <w:tcBorders>
              <w:bottom w:val="single" w:sz="3" w:space="0" w:color="DBE3E8"/>
            </w:tcBorders>
            <w:shd w:val="clear" w:color="auto" w:fill="F3F6F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B7F877" w14:textId="77777777" w:rsidR="001C0433" w:rsidRDefault="00000000">
            <w:pPr>
              <w:spacing w:line="259" w:lineRule="auto"/>
              <w:jc w:val="right"/>
            </w:pPr>
            <w:r>
              <w:rPr>
                <w:b/>
                <w:sz w:val="17"/>
              </w:rPr>
              <w:t>88.416,00 TL</w:t>
            </w:r>
          </w:p>
        </w:tc>
      </w:tr>
    </w:tbl>
    <w:p w14:paraId="0886EC5A" w14:textId="77777777" w:rsidR="001C0433" w:rsidRDefault="00000000">
      <w:pPr>
        <w:spacing w:before="120" w:after="60" w:line="259" w:lineRule="auto"/>
      </w:pPr>
      <w:r>
        <w:rPr>
          <w:sz w:val="17"/>
        </w:rPr>
        <w:t>Ödeme yöntemi: Banka havalesi / EFT.</w:t>
      </w:r>
    </w:p>
    <w:p w14:paraId="3B25FD7B" w14:textId="77777777" w:rsidR="001C0433" w:rsidRDefault="00000000">
      <w:pPr>
        <w:spacing w:after="20" w:line="259" w:lineRule="auto"/>
      </w:pPr>
      <w:r>
        <w:rPr>
          <w:color w:val="637583"/>
          <w:sz w:val="17"/>
        </w:rPr>
        <w:t>Banka / hesap sahibi: [Banka adı] / [Hesap sahibi unvanı]   ·   IBAN: [TR…]</w:t>
      </w:r>
    </w:p>
    <w:p w14:paraId="3B7A27C8" w14:textId="77777777" w:rsidR="001C0433" w:rsidRDefault="00000000">
      <w:pPr>
        <w:keepNext/>
        <w:spacing w:before="180" w:after="120" w:line="259" w:lineRule="auto"/>
      </w:pPr>
      <w:r>
        <w:rPr>
          <w:b/>
          <w:color w:val="187D83"/>
          <w:sz w:val="20"/>
        </w:rPr>
        <w:t xml:space="preserve">04  </w:t>
      </w:r>
      <w:r>
        <w:rPr>
          <w:b/>
          <w:color w:val="183044"/>
          <w:sz w:val="20"/>
        </w:rPr>
        <w:t>ÖZEL NOTLAR VE EKLER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979"/>
      </w:tblGrid>
      <w:tr w:rsidR="001C0433" w14:paraId="62F228DB" w14:textId="77777777">
        <w:trPr>
          <w:cantSplit/>
          <w:jc w:val="center"/>
        </w:trPr>
        <w:tc>
          <w:tcPr>
            <w:tcW w:w="9978" w:type="dxa"/>
            <w:shd w:val="clear" w:color="auto" w:fill="F3F6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5042A" w14:textId="77777777" w:rsidR="001C0433" w:rsidRDefault="00000000">
            <w:pPr>
              <w:spacing w:after="60" w:line="259" w:lineRule="auto"/>
            </w:pPr>
            <w:r>
              <w:rPr>
                <w:sz w:val="18"/>
              </w:rPr>
              <w:t>[Ürüne özel açıklamalar, renk / numune onayı, teslimat erişimi veya ek belge bilgileri.]</w:t>
            </w:r>
          </w:p>
          <w:p w14:paraId="508D974C" w14:textId="77777777" w:rsidR="001C0433" w:rsidRDefault="00000000">
            <w:pPr>
              <w:spacing w:line="259" w:lineRule="auto"/>
            </w:pPr>
            <w:r>
              <w:rPr>
                <w:color w:val="637583"/>
                <w:sz w:val="17"/>
              </w:rPr>
              <w:t>Ekler: [Ek yoktur / ürün teknik föyü / çizim / diğer belge adı ve tarihi].</w:t>
            </w:r>
          </w:p>
        </w:tc>
      </w:tr>
    </w:tbl>
    <w:p w14:paraId="7F164920" w14:textId="77777777" w:rsidR="001C0433" w:rsidRDefault="00000000">
      <w:pPr>
        <w:keepNext/>
        <w:spacing w:before="180" w:after="120" w:line="259" w:lineRule="auto"/>
      </w:pPr>
      <w:r>
        <w:rPr>
          <w:b/>
          <w:color w:val="187D83"/>
          <w:sz w:val="20"/>
        </w:rPr>
        <w:t xml:space="preserve">05  </w:t>
      </w:r>
      <w:r>
        <w:rPr>
          <w:b/>
          <w:color w:val="183044"/>
          <w:sz w:val="20"/>
        </w:rPr>
        <w:t>TEKLİF ONAYI</w:t>
      </w:r>
    </w:p>
    <w:p w14:paraId="15003C3A" w14:textId="77777777" w:rsidR="001C0433" w:rsidRDefault="00000000">
      <w:pPr>
        <w:spacing w:after="140" w:line="259" w:lineRule="auto"/>
      </w:pPr>
      <w:r>
        <w:rPr>
          <w:sz w:val="18"/>
        </w:rPr>
        <w:t>Teklifte belirtilen ürünleri, miktarları, toplam bedeli ve koşulları onaylıyorum.</w:t>
      </w:r>
    </w:p>
    <w:tbl>
      <w:tblPr>
        <w:tblW w:w="997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1C0433" w14:paraId="5AC733C7" w14:textId="77777777">
        <w:trPr>
          <w:cantSplit/>
          <w:jc w:val="center"/>
        </w:trPr>
        <w:tc>
          <w:tcPr>
            <w:tcW w:w="4989" w:type="dxa"/>
            <w:tcBorders>
              <w:top w:val="single" w:sz="8" w:space="0" w:color="187D83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5132A41" w14:textId="77777777" w:rsidR="001C0433" w:rsidRDefault="00000000">
            <w:pPr>
              <w:spacing w:after="120" w:line="259" w:lineRule="auto"/>
            </w:pPr>
            <w:r>
              <w:rPr>
                <w:b/>
                <w:color w:val="187D83"/>
                <w:sz w:val="16"/>
              </w:rPr>
              <w:t>TEKLİFİ HAZIRLAYAN</w:t>
            </w:r>
          </w:p>
          <w:p w14:paraId="0B48C766" w14:textId="77777777" w:rsidR="001C0433" w:rsidRDefault="00000000">
            <w:pPr>
              <w:spacing w:after="100" w:line="259" w:lineRule="auto"/>
            </w:pPr>
            <w:r>
              <w:rPr>
                <w:sz w:val="18"/>
              </w:rPr>
              <w:t>Ad soyad / unvan: [Bilgi]</w:t>
            </w:r>
          </w:p>
          <w:p w14:paraId="021647FC" w14:textId="77777777" w:rsidR="001C0433" w:rsidRDefault="00000000">
            <w:pPr>
              <w:spacing w:after="360" w:line="259" w:lineRule="auto"/>
            </w:pPr>
            <w:r>
              <w:rPr>
                <w:sz w:val="18"/>
              </w:rPr>
              <w:t>Tarih: [GG.AA.2026]</w:t>
            </w:r>
          </w:p>
          <w:p w14:paraId="2BD43D4E" w14:textId="77777777" w:rsidR="001C0433" w:rsidRDefault="00000000">
            <w:pPr>
              <w:spacing w:after="200" w:line="259" w:lineRule="auto"/>
            </w:pPr>
            <w:r>
              <w:rPr>
                <w:color w:val="637583"/>
                <w:sz w:val="17"/>
              </w:rPr>
              <w:t>İmza / kaşe</w:t>
            </w:r>
          </w:p>
        </w:tc>
        <w:tc>
          <w:tcPr>
            <w:tcW w:w="4989" w:type="dxa"/>
            <w:tcBorders>
              <w:top w:val="single" w:sz="8" w:space="0" w:color="187D83"/>
            </w:tcBorders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8409A01" w14:textId="77777777" w:rsidR="001C0433" w:rsidRDefault="00000000">
            <w:pPr>
              <w:spacing w:after="120" w:line="259" w:lineRule="auto"/>
            </w:pPr>
            <w:r>
              <w:rPr>
                <w:b/>
                <w:color w:val="187D83"/>
                <w:sz w:val="16"/>
              </w:rPr>
              <w:t>ALICI / YETKİLİ ONAYI</w:t>
            </w:r>
          </w:p>
          <w:p w14:paraId="3160D97A" w14:textId="77777777" w:rsidR="001C0433" w:rsidRDefault="00000000">
            <w:pPr>
              <w:spacing w:after="100" w:line="259" w:lineRule="auto"/>
            </w:pPr>
            <w:r>
              <w:rPr>
                <w:sz w:val="18"/>
              </w:rPr>
              <w:t>Ad soyad / unvan: [Bilgi]</w:t>
            </w:r>
          </w:p>
          <w:p w14:paraId="6B83F13D" w14:textId="77777777" w:rsidR="001C0433" w:rsidRDefault="00000000">
            <w:pPr>
              <w:spacing w:after="360" w:line="259" w:lineRule="auto"/>
            </w:pPr>
            <w:r>
              <w:rPr>
                <w:sz w:val="18"/>
              </w:rPr>
              <w:t>Tarih: [GG.AA.2026]</w:t>
            </w:r>
          </w:p>
          <w:p w14:paraId="3FCA9BC9" w14:textId="77777777" w:rsidR="001C0433" w:rsidRDefault="00000000">
            <w:pPr>
              <w:spacing w:after="200" w:line="259" w:lineRule="auto"/>
            </w:pPr>
            <w:r>
              <w:rPr>
                <w:color w:val="637583"/>
                <w:sz w:val="17"/>
              </w:rPr>
              <w:t>İmza / kaşe</w:t>
            </w:r>
          </w:p>
        </w:tc>
      </w:tr>
    </w:tbl>
    <w:p w14:paraId="271A3741" w14:textId="77777777" w:rsidR="002754CF" w:rsidRDefault="002754CF"/>
    <w:sectPr w:rsidR="002754C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7" w:right="964" w:bottom="850" w:left="964" w:header="624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3D26F" w14:textId="77777777" w:rsidR="002754CF" w:rsidRDefault="002754CF">
      <w:pPr>
        <w:spacing w:line="240" w:lineRule="auto"/>
      </w:pPr>
      <w:r>
        <w:separator/>
      </w:r>
    </w:p>
  </w:endnote>
  <w:endnote w:type="continuationSeparator" w:id="0">
    <w:p w14:paraId="6F22DD4B" w14:textId="77777777" w:rsidR="002754CF" w:rsidRDefault="002754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44C4D" w14:textId="77777777" w:rsidR="008A3882" w:rsidRDefault="008A38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8B97D" w14:textId="6127D978" w:rsidR="001C0433" w:rsidRDefault="00000000">
    <w:pPr>
      <w:pBdr>
        <w:top w:val="single" w:sz="4" w:space="6" w:color="DBE3E8"/>
      </w:pBdr>
      <w:tabs>
        <w:tab w:val="right" w:pos="9978"/>
      </w:tabs>
      <w:spacing w:before="80" w:line="259" w:lineRule="auto"/>
    </w:pPr>
    <w:r>
      <w:rPr>
        <w:color w:val="637583"/>
        <w:sz w:val="16"/>
      </w:rPr>
      <w:t>TKF-2026-001  ·  REV. 00</w:t>
    </w:r>
    <w:r w:rsidR="008A3882">
      <w:rPr>
        <w:color w:val="637583"/>
        <w:sz w:val="16"/>
      </w:rPr>
      <w:t xml:space="preserve">  onlinecvhazirla.tr Tarafından hazırlandı..</w:t>
    </w:r>
    <w:r>
      <w:rPr>
        <w:sz w:val="16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color w:val="637583"/>
        <w:sz w:val="16"/>
      </w:rPr>
      <w:t>1</w:t>
    </w:r>
    <w:r>
      <w:fldChar w:fldCharType="end"/>
    </w:r>
    <w:r>
      <w:rPr>
        <w:color w:val="637583"/>
        <w:sz w:val="16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rPr>
        <w:color w:val="637583"/>
        <w:sz w:val="16"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1981" w14:textId="77777777" w:rsidR="008A3882" w:rsidRDefault="008A38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07A4D" w14:textId="77777777" w:rsidR="002754CF" w:rsidRDefault="002754CF">
      <w:pPr>
        <w:spacing w:line="240" w:lineRule="auto"/>
      </w:pPr>
      <w:r>
        <w:separator/>
      </w:r>
    </w:p>
  </w:footnote>
  <w:footnote w:type="continuationSeparator" w:id="0">
    <w:p w14:paraId="2B8BE398" w14:textId="77777777" w:rsidR="002754CF" w:rsidRDefault="002754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42CC" w14:textId="77777777" w:rsidR="008A3882" w:rsidRDefault="008A388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A91E" w14:textId="77777777" w:rsidR="001C0433" w:rsidRDefault="001C0433">
    <w:pPr>
      <w:pStyle w:val="stBilgi"/>
      <w:spacing w:line="20" w:lineRule="exact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907"/>
      <w:gridCol w:w="5499"/>
      <w:gridCol w:w="3572"/>
    </w:tblGrid>
    <w:tr w:rsidR="001C0433" w14:paraId="597E92B7" w14:textId="77777777">
      <w:tc>
        <w:tcPr>
          <w:tcW w:w="907" w:type="dxa"/>
          <w:tcBorders>
            <w:bottom w:val="single" w:sz="12" w:space="0" w:color="187D83"/>
          </w:tcBorders>
          <w:shd w:val="clear" w:color="auto" w:fill="183044"/>
          <w:vAlign w:val="center"/>
        </w:tcPr>
        <w:p w14:paraId="021BD5B8" w14:textId="77777777" w:rsidR="001C0433" w:rsidRDefault="00000000">
          <w:pPr>
            <w:spacing w:line="259" w:lineRule="auto"/>
            <w:jc w:val="center"/>
          </w:pPr>
          <w:r>
            <w:rPr>
              <w:b/>
              <w:color w:val="FFFFFF"/>
              <w:sz w:val="18"/>
            </w:rPr>
            <w:t>LOGO</w:t>
          </w:r>
        </w:p>
      </w:tc>
      <w:tc>
        <w:tcPr>
          <w:tcW w:w="5499" w:type="dxa"/>
          <w:tcBorders>
            <w:bottom w:val="single" w:sz="12" w:space="0" w:color="187D83"/>
          </w:tcBorders>
          <w:vAlign w:val="center"/>
        </w:tcPr>
        <w:p w14:paraId="00E2A3F4" w14:textId="77777777" w:rsidR="001C0433" w:rsidRDefault="00000000">
          <w:pPr>
            <w:spacing w:after="60" w:line="259" w:lineRule="auto"/>
          </w:pPr>
          <w:r>
            <w:rPr>
              <w:b/>
              <w:color w:val="183044"/>
              <w:sz w:val="26"/>
            </w:rPr>
            <w:t>ÖRNEK TEDARİK FİRMASI</w:t>
          </w:r>
        </w:p>
        <w:p w14:paraId="11B86C49" w14:textId="77777777" w:rsidR="001C0433" w:rsidRDefault="00000000">
          <w:pPr>
            <w:spacing w:after="140" w:line="259" w:lineRule="auto"/>
          </w:pPr>
          <w:r>
            <w:rPr>
              <w:color w:val="637583"/>
              <w:sz w:val="16"/>
            </w:rPr>
            <w:t>Genel ürün tedariki</w:t>
          </w:r>
        </w:p>
      </w:tc>
      <w:tc>
        <w:tcPr>
          <w:tcW w:w="3572" w:type="dxa"/>
          <w:tcBorders>
            <w:bottom w:val="single" w:sz="12" w:space="0" w:color="187D83"/>
          </w:tcBorders>
          <w:vAlign w:val="center"/>
        </w:tcPr>
        <w:p w14:paraId="6B1EF02C" w14:textId="77777777" w:rsidR="001C0433" w:rsidRDefault="00000000">
          <w:pPr>
            <w:spacing w:after="60" w:line="259" w:lineRule="auto"/>
            <w:jc w:val="right"/>
          </w:pPr>
          <w:r>
            <w:rPr>
              <w:color w:val="637583"/>
              <w:sz w:val="16"/>
            </w:rPr>
            <w:t>[Telefon]  ·  [E-posta]</w:t>
          </w:r>
        </w:p>
        <w:p w14:paraId="1CF0B5E3" w14:textId="77777777" w:rsidR="001C0433" w:rsidRDefault="00000000">
          <w:pPr>
            <w:spacing w:after="140" w:line="259" w:lineRule="auto"/>
            <w:jc w:val="right"/>
          </w:pPr>
          <w:r>
            <w:rPr>
              <w:color w:val="637583"/>
              <w:sz w:val="16"/>
            </w:rPr>
            <w:t>[Web sitesi]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DA25D" w14:textId="77777777" w:rsidR="008A3882" w:rsidRDefault="008A388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6242352">
    <w:abstractNumId w:val="8"/>
  </w:num>
  <w:num w:numId="2" w16cid:durableId="51781042">
    <w:abstractNumId w:val="6"/>
  </w:num>
  <w:num w:numId="3" w16cid:durableId="194082053">
    <w:abstractNumId w:val="5"/>
  </w:num>
  <w:num w:numId="4" w16cid:durableId="790245803">
    <w:abstractNumId w:val="4"/>
  </w:num>
  <w:num w:numId="5" w16cid:durableId="1098329446">
    <w:abstractNumId w:val="7"/>
  </w:num>
  <w:num w:numId="6" w16cid:durableId="2006086526">
    <w:abstractNumId w:val="3"/>
  </w:num>
  <w:num w:numId="7" w16cid:durableId="1918587636">
    <w:abstractNumId w:val="2"/>
  </w:num>
  <w:num w:numId="8" w16cid:durableId="345715586">
    <w:abstractNumId w:val="1"/>
  </w:num>
  <w:num w:numId="9" w16cid:durableId="832718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0433"/>
    <w:rsid w:val="002754CF"/>
    <w:rsid w:val="0029639D"/>
    <w:rsid w:val="00326F90"/>
    <w:rsid w:val="008A3882"/>
    <w:rsid w:val="00954C1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3DF671"/>
  <w14:defaultImageDpi w14:val="300"/>
  <w15:docId w15:val="{92EEF5EF-4C89-4579-B0A9-95446EB9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263747"/>
      <w:sz w:val="19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Profesyonel Ürün Satış Teklif Formu — 2026 — Doldurulmuş Örnek</dc:title>
  <dc:subject>Word ile düzenlenebilir genel ürün satış teklifi</dc:subject>
  <dc:creator/>
  <cp:keywords>teklif formu, ürün satışı, 2026, düzenlenebilir şablon</cp:keywords>
  <dc:description/>
  <cp:lastModifiedBy>doğu demir</cp:lastModifiedBy>
  <cp:revision>3</cp:revision>
  <dcterms:created xsi:type="dcterms:W3CDTF">2026-09-11T00:00:00Z</dcterms:created>
  <dcterms:modified xsi:type="dcterms:W3CDTF">2026-09-11T08:15:00Z</dcterms:modified>
  <cp:category/>
  <dc:language>tr-TR</dc:language>
</cp:coreProperties>
</file>