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Serdar Karabaş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SERTİFİKALI KULE VİNÇ &amp; MOBİL / HİYAP VİNÇ OPERATÖRÜ (G SINIFI)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serdar.karabas.vinc@email.com  •  +90 533 567 89 01  •  İstanbul,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nc-operatoru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MEB onaylı Kule Vinç ve Mobil/Hiyap Vinç Operatörlük Belgelerine ve G Sınıfı ehliyete sahip, yüksek katlı konut ve altyapı şantiyelerinde deneyimli Vinç Operatörü. 40-150 tonluk mobil vinçler, 60 metre bomlu kule vinçler ve çift kırmalı hiyap vinç operasyonlarında uzman. Yük tablosu (Load Chart) okuma, rüzgar limiti takibi, sapanlama/bağlama kuralları ve sapancı (rigger) telsiz koordinasyonunda sıfır kaza geçmişi olan profesyonel.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19.07.1989 | Ehliyet: G Sınıfı (Kule &amp; Mobil Vinç Kodlu) &amp; C Sınıfı | Sağlık: Yükseklik Korkusu Yok / Sağlam Raporlu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Kule Vinç Operatörü</w:t>
      </w:r>
      <w:r>
        <w:rPr>
          <w:rFonts w:ascii="Calibri" w:hAnsi="Calibri"/>
          <w:b w:val="0"/>
          <w:color w:val="64707B"/>
          <w:sz w:val="19"/>
        </w:rPr>
        <w:tab/>
        <w:t>Mart 2020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ENKA İnşaat ve Sanayi A.Ş. (Finans Merkezi Projesi)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180 metre yükseklikteki gökdelen kule vinç kabininde kalıp, demir, beton kovası ve çelik konstrüksiyon transferlerini yönetti.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Anemometre ile rüzgar hızını sürekli izleyerek kritik limitlerde (45 km/s) operasyonu güvenle durdurdu.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Sapancı (rigger) ile telsiz ve el işaretleri ile kör nokta kaldırma operasyonlarını sıfır riskle icra 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Vincin günlük halat, tambur, fren, hidrolik ve aşırı yük limit sensör kontrollerini yaptı.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Mobil &amp; Hiyap Vinç Operatörü</w:t>
      </w:r>
      <w:r>
        <w:rPr>
          <w:rFonts w:ascii="Calibri" w:hAnsi="Calibri"/>
          <w:b w:val="0"/>
          <w:color w:val="64707B"/>
          <w:sz w:val="19"/>
        </w:rPr>
        <w:tab/>
        <w:t>Nisan 2016 — Şubat 2020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Aydın Vinç ve Ağır Nakliyat Ltd. Şti.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75 tonluk çift kırmalı mobil vinç ile fabrika makine taşımaları, trafo ve çatı çelik montajlarını gerçekleştirdi.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Ayak açma (outrigger) zemin basma basınç hesaplarını yaparak denge pabuçlarını kurallara uygun yerleştirdi.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Makine Teknolojisi (Lise)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Pendik Mesleki ve Teknik Anadolu Lisesi | 2003 — 2007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Kule Vinç (Tower Crane - Liebherr, Potain, Zoomlion) Operatörlüğü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Mobil Vinç (Teleskopik / Kafes Bom) &amp; Kamyon Üstü Hiyap Vinç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Yük Tablosu (Load Chart) Okuma &amp; Ağırlık / Yarıçap Hesaplama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Sapanlama, Kilit (Kavrama) Seçimi &amp; Sapancı (Rigger) İletişimi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Rüzgar Limiti, Zemin Basınç Pabucu &amp; Emniyet Limit Switch Kontrolleri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Periyodik Bakım, Halat Denetimi &amp; İSG Ağır Kaldırma Standartları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Onaylı Kule Vinç Operatörlük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Onaylı Mobil Vinç Operatörlük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G Sınıfı Sürücü Belgesi (Ehliyete İşlenmiş)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Yüksekte Güvenli Çalışma ve Kurtarma Eğitimi Sertifikası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Kadir Güler — Şantiye İSG Müdürü, ENKA İnşaat | İletişim: 0212 376 10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