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Selim Karataş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İCRA MÜDÜR YARDIMCISI / İCRA MEMURU (UYAP &amp; İİK UZMANI)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selim.karatas.icra@email.com  •  +90 532 101 22 33  •  İstanbul,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ra-memuru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Adalet Bakanlığı İcra Dairesi Başkanlığı bünyesinde, İcra ve İflas Kanunu (İİK) mevzuatına, UYAP İcra Bilişim Sistemine ve haciz/muhafaza operasyonlarına hakim deneyimli İcra Memuru. İlamsız/ilamlı icra takipleri, kıymet takdiri, menkul/gayrimenkul e-Satış ihaleleri, 89/1 haciz ihbarnameleri ve maaş haczi müzekkerelerinde uzman. Yüksek işlem hızı, tarafsızlık ve kriz anlarında güçlü iletişim yeteneği.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15.08.1993 | Klavye: 10 Parmak Q/F (Dakikada 120 Kelime) | Ehliyet: B | Askerlik: Yapıldı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İcra Müdür Yardımcısı &amp; Haciz Memuru</w:t>
      </w:r>
      <w:r>
        <w:rPr>
          <w:rFonts w:ascii="Calibri" w:hAnsi="Calibri"/>
          <w:b w:val="0"/>
          <w:color w:val="64707B"/>
          <w:sz w:val="19"/>
        </w:rPr>
        <w:tab/>
        <w:t>Şubat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T.C. Adalet Bakanlığı (İstanbul Anadolu İcra Daireleri)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UYAP İcra Portalı üzerinden aylık ortalama 1.200+ icra takip talebi, ödeme emri ve kesinleşme işlemlerini yürüttü.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Saha haciz ve muhafaza işlemlerinde kolluk kuvvetleriyle koordineli çalışarak güvenli ve tutanağa tam uygun haciz icra 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UYAP e-Satış Portalı üzerinden taşınır ve taşınmaz malların elektronik açık artırma ihale süreçlerini tamamladı.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89/1, 89/2 ve 89/3 banka haciz ihbarnameleri ile maaş haczi müzekkerelerinin sistem entegrasyonunu yönetti.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İcra Katibi / Hukuk Bürosu İcra Sorumlusu</w:t>
      </w:r>
      <w:r>
        <w:rPr>
          <w:rFonts w:ascii="Calibri" w:hAnsi="Calibri"/>
          <w:b w:val="0"/>
          <w:color w:val="64707B"/>
          <w:sz w:val="19"/>
        </w:rPr>
        <w:tab/>
        <w:t>Haziran 2018 — Ocak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Demir &amp; Ortakları Avukatlık Bürosu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Banka ve kurumsal şirketlerin alacak tahsilatlarında toplu takip açılışı, MERNİS/SGK/Araç sorguları ve tahsilat takibini yaptı.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Borçlu ve vekilleri ile uzlaşma ve taksitlendirme protokolleri düzenledi.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Adalet (Ön Lisans) / Kamu Yönetimi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Anadolu Üniversitesi / İstanbul Üniversitesi | 2014 — 2018 | GPA: 3.50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2004 Sayılı İcra ve İflas Kanunu (İİK) &amp; Tebligat Kanunu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UYAP İcra Bilişim Sistemi &amp; e-Satış İhale Portalı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Haciz, Muhafaza, Yediemin &amp; Kıymet Takdiri İşlemleri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89/1 Banka Haczi, Maaş Haczi Müzekkeresi &amp; Sıra Cetveli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10 Parmak Hızlı Klavye Kullanımı &amp; Resmi Tutanak Yazımı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Borçlu İletişimi, Kriz Yönetimi &amp; Hukuki Çözümleme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(B1 - Hukuki Terimler)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Adalet Bakanlığı UYAP İcra Sistemi İleri Düzey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Adalet Bakanlığı İcra Memurluğu Görevde Yükselme Eğitimi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10 Parmak Hızlı F/Q Klavye Başarı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İcra Müdürü Mehmet Yılmaz — İstanbul Anadolu Adliyesi | İletişim: 0216 303 40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