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Erkan Keskin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SERTİFİKALI KAYNAK USTASI (TIG / ARGON / MIG-MAG / ELEKTRİK ARK)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erkan.keskin.kaynak@email.com  •  +90 534 345 67 89  •  Kocaeli (Gebze),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ynakc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TÜV / Loyd onaylı 6G Boru Kaynakçısı ve EN ISO 9606-1 sertifikalarına sahip, çelik konstrüksiyon, boru hatları ve basınçlı kap imalatında deneyimli Kaynak Ustası. TIG (Argon), MIG/MAG (Gazaltı), Elektrik Ark ve Tozaltı kaynak yöntemlerinde uzman. Radyografik (Röntgen/X-Ray) ve Ultrasonik (UT) tahribatsız kaynak testlerinden %99+ geçen, kaynak sembolleri ve teknik resim okuyabilen profesyonel.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14.02.1991 | Sertifika: 6G TIG/Elektrot EN ISO 9606-1 | Ehliyet: B | Askerlik: Yapıldı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Kıdemli 6G Boru ve Basınçlı Kap Kaynakçısı</w:t>
      </w:r>
      <w:r>
        <w:rPr>
          <w:rFonts w:ascii="Calibri" w:hAnsi="Calibri"/>
          <w:b w:val="0"/>
          <w:color w:val="64707B"/>
          <w:sz w:val="19"/>
        </w:rPr>
        <w:tab/>
        <w:t>Şubat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Çimtaş Çelik İmalat Montaj ve Tesisat A.Ş. (Gemlik)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Doğalgaz boru hatları ve rafineri basınçlı kaplarının TIG (Argon kök) ve Elektrot (dolgu) ile 6G pozisyonunda kaynağını yaptı.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Radyografik (RT/X-Ray) testlerde kaynak dikişi hata oranını %0.5'in altında tutarak üstün kalite sağladı.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Paslanmaz çelik (Inox), karbon çelik ve dubleks alaşımlı malzemelerin ön ısıtma ve pasolar arası sıcaklık kontrollerini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WPS (Kaynak Şartnamesi) parametrelerine ve kaynak sembollü teknik imalat resimlerine tam uygun çalıştı.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Gazaltı (MIG/MAG) ve Konstrüksiyon Kaynakçısı</w:t>
      </w:r>
      <w:r>
        <w:rPr>
          <w:rFonts w:ascii="Calibri" w:hAnsi="Calibri"/>
          <w:b w:val="0"/>
          <w:color w:val="64707B"/>
          <w:sz w:val="19"/>
        </w:rPr>
        <w:tab/>
        <w:t>Mayıs 2016 — Ocak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Cengiz Makina San. Tic. A.Ş. (Gebze)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Ağır çelik konstrüksiyon fabrika kolon ve kirişlerinin gazaltı (MIG/MAG) kaynağını ve gönye kontrollerini yaptı.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Taşlama, kaynak ağzı açma ve kaynak sonrası çapak temizleme işlemlerini yürüttü.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Metal Teknolojisi / Kaynakçılık (Meslek Lisesi)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Kocaeli Mesleki ve Teknik Anadolu Lisesi | 2005 — 2009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TIG / WIG (Argon Kaynağı - Paslanmaz, Karbon Çelik, Alüminyum)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6G Boru Kaynakçılığı (Tüm Pozisyonlar: 1G, 2G, 3G, 4G, 5G, 6G)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MIG / MAG (Gazaltı Kaynağı) &amp; Elektrik Ark (Örtülü Elektrot)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Kaynak Şartnamesi (WPS) / PQR Okuma &amp; Teknik Resim Hakimiyeti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Tahribatsız Muayene (RT, UT, MT, PT) Röntgen Testi Standartları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Kaynak Ağzı Açma, Şaloma ile Oksijen Kesim &amp; Taşlama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EN ISO 9606-1 6G TIG + SMAW Kaynakçı Yeterlilik Belgesi (TÜV SÜD)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Kaynakçılık Ustalık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İş Sağlığı ve Güvenliği Sıcak İş İzni (Hot Work) Sertifikası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Murat Başar — Kaynak Mühendisi (IWE), Çimtaş Çelik | İletişim: 0224 519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