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Osman Çakıroğlu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USTA MARANGOZ / MOBİLYA İMALAT &amp; CNC AHŞAP İŞLEME USTASI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osman.cakiroglu.ahsap@email.com  •  +90 535 456 78 90  •  İstanbul (Masko),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angoz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MEB Ustalık Belgesine sahip, özel tasarım masif ahşap mobilya, mutfak/banyo dolapları, kapı, giyinme odası imalatı ve şantiye montajında deneyimli Usta Marangoz. CNC ahşap işleme, ebatlama, kenar bantlama makineleri, freze, gönye kesim ve lake/ahşap kaplama tekniklerinde uzman. Mimari çizim ve teknik detay okuyabilen, milimetrik montaj yapan titiz mobilya ustası.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05.05.1987 | Belgeler: MEB Mobilya İmalatı Ustalık Belgesi | Ehliyet: B | Askerlik: Yapıldı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Mobilya İmalat &amp; Montaj Şefi</w:t>
      </w:r>
      <w:r>
        <w:rPr>
          <w:rFonts w:ascii="Calibri" w:hAnsi="Calibri"/>
          <w:b w:val="0"/>
          <w:color w:val="64707B"/>
          <w:sz w:val="19"/>
        </w:rPr>
        <w:tab/>
        <w:t>Ocak 2019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Koleksiyon Mobilya San. A.Ş. (Tekirdağ / Masko)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Lüks villa ve otel projeleri için masif meşe, ceviz ve lake kaplama sabit mobilyaların imalat ve montajını yönetti.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CNC Router ve ebatlama makinelerinde parçaların kesim optimizasyonunu yaparak ahşap fire oranını %8'in altına düşürdü.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Mimari teknik çizimlere (AutoCAD/3D) birebir uygun olarak gizli ray, menteşe ve aydınlatma entegrasyonlarını uyguladı.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Montaj şantiyelerinde 6 kişilik kalfa ve montaj ekibinin iş güvenliği ve teslim takvimini koordine etti.</w:t>
      </w:r>
    </w:p>
    <w:p>
      <w:pPr>
        <w:keepNext/>
        <w:tabs>
          <w:tab w:pos="10573" w:val="right"/>
        </w:tabs>
        <w:spacing w:before="180" w:after="40"/>
      </w:pPr>
      <w:r>
        <w:rPr>
          <w:rFonts w:ascii="Calibri" w:hAnsi="Calibri"/>
          <w:b/>
          <w:color w:val="263B50"/>
          <w:sz w:val="22"/>
        </w:rPr>
        <w:t>Marangoz Ustası</w:t>
      </w:r>
      <w:r>
        <w:rPr>
          <w:rFonts w:ascii="Calibri" w:hAnsi="Calibri"/>
          <w:b w:val="0"/>
          <w:color w:val="64707B"/>
          <w:sz w:val="19"/>
        </w:rPr>
        <w:tab/>
        <w:t>Nisan 2014 — Aralık 2018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Modoko Özel Tasarım Ahşap Atölyesi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Özel ölçü mutfak dolabı, vestiyer, gömme dolap ve ahşap merdiven imalatı ve yerinde montajını gerçekleştirdi.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Zımpara, astar ve lake boya öncesi yüzey hazırlıklarını tamamladı.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Ahşap Teknolojisi ve Mobilya İmalatı (Meslek Lisesi)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İstanbul Kartal Mesleki ve Teknik Anadolu Lisesi | 2001 — 2005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Masif Ahşap, MDF, SuntaLam, Kaplama &amp; Lake Mobilya İmalatı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Yatar Daire Kesim, Kenar Bantlama, Freze &amp; Planya Makineleri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CNC Ahşap İşleme (Router) &amp; Kesim Optimizasyonu (OptiCut)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Mimari Çizim Okuma, Ölçü Alma (Rölöve) &amp; Detay Çözümü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Mutfak, Banyo, Kapı, Giyinme Odası &amp; Sabit Mobilya Montajı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Blum, Hettich, Hafele Ray &amp; Menteşe Aksesuar Montajı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MEB Mobilya ve İç Mekan Tasarımı Ustalık ve Usta Öğreticilik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CNC Ahşap İşleme Makinesi Operatörlüğü Sertifikası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İş Sağlığı ve Güvenliği Ahşap Atölye Güvenliği Belgesi</w:t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Mimar Kemal Erdem — Proje Yöneticisi, Koleksiyon Mobilya | İletişim: 0212 867 00 00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4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