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Onur Keskin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RADYOLOJİ (TIBBİ GÖRÜNTÜLEME) TEKNİKERİ / MR &amp; BT OPERATÖRÜ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onur.keskin.rad@email.com  •  +90 533 111 22 33  •  Ankara,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dyoloji-tekniker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Manyetik Rezonans (MR 1.5T/3T), Bilgisayarlı Tomografi (BT - 128/256 Kesit), Dijital Röntgen (DR), Mamografi, Floroskopi ve C-Kollu Skopi cihazlarında klinik çekim tecrübesine sahip Radyoloji Teknikeri. Radyasyon güvenliği (TAEK/NDK mevzuatı), kontrast madde protokolleri, hasta pozisyonlama ve PACS/DICOM sistemlerinde tam uzman. Hızlı ve kaliteli kesit alan, acil travma vakalarında soğukkanlı profesyonel.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19.10.1994 | Askerlik: Yapıldı | Dozimetre: Düzenli NDK Dozimetre Takipli | Sürücü: B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Kıdemli MR ve BT Teknikeri</w:t>
      </w:r>
      <w:r>
        <w:rPr>
          <w:rFonts w:ascii="Calibri" w:hAnsi="Calibri"/>
          <w:b w:val="0"/>
          <w:color w:val="64707B"/>
          <w:sz w:val="19"/>
        </w:rPr>
        <w:tab/>
        <w:t>Şubat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Ankara Şehir Hastanesi (Radyoloji Kliniği)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Siemens 3T MR ve GE 256 Kesitli BT cihazlarında beyin, anjiyo, batın, kas-iskelet ve kardiyak çekimleri gerçekleştirdi.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Günlük ortalama 70+ hastanın kontrastlı/kontrastsız tomografi ve MR protokollerini artefaktsız şekilde tamamladı.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Acil servis politravma hastalarında hızlı BT tarama protokollerini uygulayarak tanı sürecini hızlandırdı.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Radyasyon güvenliği standartlarını (ALARA prensibi) uygulayarak hastaların minimum radyasyon almasını sağladı.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Tıbbi Görüntüleme Teknikeri</w:t>
      </w:r>
      <w:r>
        <w:rPr>
          <w:rFonts w:ascii="Calibri" w:hAnsi="Calibri"/>
          <w:b w:val="0"/>
          <w:color w:val="64707B"/>
          <w:sz w:val="19"/>
        </w:rPr>
        <w:tab/>
        <w:t>Temmuz 2018 — Ocak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Güven Hastanesi (Bakanlıklar)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Direkt dijital röntgen, mamografi ve ameliyathane C-Kollu skopi cihazlarının operasyonel çekimlerini yürüttü.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PACS ve RIS sistemleri üzerinden görüntülerin radyoloji uzman doktorlarına transferini koordine etti.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Tıbbi Görüntüleme Teknikleri (Ön 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Hacettepe Üniversitesi Sağlık Hizmetleri MYO | 2014 — 2016 | GPA: 3.55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Manyetik Rezonans (MR - Siemens, GE, Philips 1.5T &amp; 3T)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Bilgisayarlı Tomografi (BT - Çok Kesitli, Anjiyo &amp; Travma Protokolleri)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Dijital Röntgen (DR), Mamografi, Kemik Dansitometrisi (DEXA)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Ameliyathane C-Kollu Skopi &amp; Floroskopi Cihaz Operatörlüğü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PACS, RIS, DICOM Görüntü İşleme &amp; Arşivleme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Radyasyon Güvenliği (ALARA), Kontrast Madde Enjeksiyonu &amp; Acil Müdahale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Tıbbi Cihaz ve Terminoloji İngilizcesi)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NDK / TAEK Onaylı Radyasyon Güvenliği ve Korunma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İleri Düzey Manyetik Rezonans (MR) Görüntüleme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Temel İlk Yardım ve Anafilaksi Yönetimi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Doç. Dr. Turgut Demir — Radyoloji Anabilim Dalı Öğretim Üyesi | İletişim: tdemir@hacettepe.edu.tr • 0312 305 10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